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0"/>
      </w:pPr>
      <w:r>
        <w:rPr>
          <w:b w:val="0"/>
          <w:sz w:val="16"/>
        </w:rPr>
        <w:t>[Your Company Name] | [Street] | [Postcode City] | [Country]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72"/>
        <w:gridCol w:w="4000"/>
      </w:tblGrid>
      <w:tr>
        <w:tc>
          <w:tcPr>
            <w:tcW w:type="dxa" w:w="507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</w:pPr>
            <w:r>
              <w:rPr>
                <w:b/>
                <w:sz w:val="40"/>
              </w:rPr>
              <w:t>Purchase Order</w:t>
            </w:r>
          </w:p>
        </w:tc>
        <w:tc>
          <w:tcPr>
            <w:tcW w:type="dxa" w:w="40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767171"/>
                <w:sz w:val="18"/>
              </w:rPr>
              <w:t>PO Number</w:t>
            </w:r>
          </w:p>
          <w:p>
            <w:pPr>
              <w:spacing w:before="0" w:after="0"/>
              <w:jc w:val="right"/>
            </w:pPr>
            <w:r>
              <w:rPr>
                <w:b/>
                <w:sz w:val="36"/>
              </w:rPr>
              <w:t>{{Item.PO Number}}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0" w:type="dxa"/>
              <w:bottom w:w="1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  <w:sz w:val="24"/>
              </w:rPr>
              <w:t>Supplier</w:t>
            </w:r>
          </w:p>
          <w:p>
            <w:pPr>
              <w:spacing w:before="80" w:after="0"/>
            </w:pPr>
            <w:r>
              <w:rPr>
                <w:b/>
              </w:rPr>
              <w:t>{{Item.Supplier Contact}}</w:t>
            </w:r>
          </w:p>
          <w:p>
            <w:pPr>
              <w:spacing w:before="20" w:after="0"/>
            </w:pPr>
            <w:r>
              <w:rPr>
                <w:b w:val="0"/>
              </w:rPr>
              <w:t>{{Item.Supplier}}</w:t>
            </w:r>
          </w:p>
          <w:p>
            <w:pPr>
              <w:spacing w:before="20" w:after="0"/>
            </w:pPr>
            <w:r>
              <w:rPr>
                <w:b w:val="0"/>
              </w:rPr>
              <w:t>{{Item.Supplier Street}}</w:t>
            </w:r>
          </w:p>
          <w:p>
            <w:pPr>
              <w:spacing w:before="20" w:after="0"/>
            </w:pPr>
            <w:r>
              <w:rPr>
                <w:b w:val="0"/>
              </w:rPr>
              <w:t>{{Item.Supplier Zip Code and City}}</w:t>
            </w:r>
          </w:p>
          <w:p>
            <w:pPr>
              <w:spacing w:before="20" w:after="0"/>
            </w:pPr>
            <w:r>
              <w:rPr>
                <w:b w:val="0"/>
              </w:rPr>
              <w:t>{{Item.Supplier Phone}}</w:t>
            </w:r>
          </w:p>
          <w:p>
            <w:pPr>
              <w:spacing w:before="20" w:after="0"/>
            </w:pPr>
            <w:r>
              <w:rPr>
                <w:b w:val="0"/>
              </w:rPr>
              <w:t>{{Item.Supplier Email}}</w:t>
            </w:r>
          </w:p>
        </w:tc>
        <w:tc>
          <w:tcPr>
            <w:tcW w:type="dxa" w:w="4536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170" w:type="dxa"/>
              <w:bottom w:w="1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  <w:sz w:val="24"/>
              </w:rPr>
              <w:t>Ship to</w:t>
            </w:r>
          </w:p>
          <w:p>
            <w:pPr>
              <w:spacing w:before="80" w:after="0"/>
            </w:pPr>
            <w:r>
              <w:rPr>
                <w:b/>
              </w:rPr>
              <w:t>{{Item.Ship To Name}}</w:t>
            </w:r>
          </w:p>
          <w:p>
            <w:pPr>
              <w:spacing w:before="20" w:after="0"/>
            </w:pPr>
            <w:r>
              <w:rPr>
                <w:b w:val="0"/>
              </w:rPr>
              <w:t>{{Item.Ship To Company}}</w:t>
            </w:r>
          </w:p>
          <w:p>
            <w:pPr>
              <w:spacing w:before="20" w:after="0"/>
            </w:pPr>
            <w:r>
              <w:rPr>
                <w:b w:val="0"/>
              </w:rPr>
              <w:t>{{Item.Ship To Street}}</w:t>
            </w:r>
          </w:p>
          <w:p>
            <w:pPr>
              <w:spacing w:before="20" w:after="0"/>
            </w:pPr>
            <w:r>
              <w:rPr>
                <w:b w:val="0"/>
              </w:rPr>
              <w:t>{{Item.Ship To Zip Code and City}}</w:t>
            </w:r>
          </w:p>
          <w:p>
            <w:pPr>
              <w:spacing w:before="20" w:after="0"/>
            </w:pPr>
            <w:r>
              <w:rPr>
                <w:b w:val="0"/>
              </w:rPr>
              <w:t>{{Item.Ship To Phone}}</w:t>
            </w:r>
          </w:p>
          <w:p>
            <w:pPr>
              <w:spacing w:before="20" w:after="0"/>
            </w:pPr>
            <w:r>
              <w:rPr>
                <w:b w:val="0"/>
              </w:rPr>
              <w:t>{{Item.Ship To Email}}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0"/>
        <w:gridCol w:w="2836"/>
        <w:gridCol w:w="1700"/>
        <w:gridCol w:w="2836"/>
      </w:tblGrid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Order Date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{{Item.Order Date}}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Delivery Date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{{Item.Delivery Date}}</w:t>
            </w:r>
          </w:p>
        </w:tc>
      </w:tr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Requested By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{{Item.Requested By}}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Payment Terms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{{Item.Payment Terms}}</w:t>
            </w:r>
          </w:p>
        </w:tc>
      </w:tr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Shipping Method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{{Item.Shipping Method}}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Date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{{Today}}</w:t>
            </w:r>
          </w:p>
        </w:tc>
      </w:tr>
    </w:tbl>
    <w:p>
      <w:pPr>
        <w:spacing w:before="240" w:after="0"/>
      </w:pPr>
      <w:r>
        <w:rPr>
          <w:b w:val="0"/>
        </w:rPr>
        <w:t>Dear {{Item.Supplier Contact}},</w:t>
      </w:r>
      <w:r>
        <w:br/>
      </w:r>
      <w:r>
        <w:rPr>
          <w:b w:val="0"/>
        </w:rPr>
        <w:t>please supply the following items in accordance with the terms below.</w:t>
      </w:r>
    </w:p>
    <w:p>
      <w:pPr>
        <w:spacing w:before="16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50"/>
        <w:gridCol w:w="1750"/>
        <w:gridCol w:w="2050"/>
        <w:gridCol w:w="950"/>
        <w:gridCol w:w="700"/>
        <w:gridCol w:w="1150"/>
        <w:gridCol w:w="1222"/>
      </w:tblGrid>
      <w:tr>
        <w:trPr>
          <w:tblHeader/>
        </w:trPr>
        <w:tc>
          <w:tcPr>
            <w:tcW w:type="dxa" w:w="12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Pos.</w:t>
            </w:r>
          </w:p>
        </w:tc>
        <w:tc>
          <w:tcPr>
            <w:tcW w:type="dxa" w:w="17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Product</w:t>
            </w:r>
          </w:p>
        </w:tc>
        <w:tc>
          <w:tcPr>
            <w:tcW w:type="dxa" w:w="20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Description</w:t>
            </w:r>
          </w:p>
        </w:tc>
        <w:tc>
          <w:tcPr>
            <w:tcW w:type="dxa" w:w="9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Quantity</w:t>
            </w:r>
          </w:p>
        </w:tc>
        <w:tc>
          <w:tcPr>
            <w:tcW w:type="dxa" w:w="70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Unit</w:t>
            </w:r>
          </w:p>
        </w:tc>
        <w:tc>
          <w:tcPr>
            <w:tcW w:type="dxa" w:w="11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Unit Price</w:t>
            </w:r>
          </w:p>
        </w:tc>
        <w:tc>
          <w:tcPr>
            <w:tcW w:type="dxa" w:w="122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Amount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  <w:color w:val="767171"/>
              </w:rPr>
              <w:t>{{TableStart:SubItems}}</w:t>
            </w:r>
            <w:r>
              <w:rPr>
                <w:b w:val="0"/>
              </w:rPr>
              <w:t>{{Numbering}}</w:t>
            </w:r>
          </w:p>
        </w:tc>
        <w:tc>
          <w:tcPr>
            <w:tcW w:type="dxa" w:w="17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{{Name}}</w:t>
            </w:r>
          </w:p>
        </w:tc>
        <w:tc>
          <w:tcPr>
            <w:tcW w:type="dxa" w:w="20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{{Description}}</w:t>
            </w:r>
          </w:p>
        </w:tc>
        <w:tc>
          <w:tcPr>
            <w:tcW w:type="dxa" w:w="9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</w:rPr>
              <w:t>{{Quantity}}</w:t>
            </w:r>
          </w:p>
        </w:tc>
        <w:tc>
          <w:tcPr>
            <w:tcW w:type="dxa" w:w="70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{{Unit}}</w:t>
            </w:r>
          </w:p>
        </w:tc>
        <w:tc>
          <w:tcPr>
            <w:tcW w:type="dxa" w:w="11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</w:rPr>
              <w:t>{{Unit Price}}</w:t>
            </w:r>
          </w:p>
        </w:tc>
        <w:tc>
          <w:tcPr>
            <w:tcW w:type="dxa" w:w="1222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</w:rPr>
              <w:t>{{Amount}}</w:t>
            </w:r>
            <w:r>
              <w:rPr>
                <w:b w:val="0"/>
                <w:color w:val="767171"/>
              </w:rPr>
              <w:t>{{TableEnd:SubItems}}</w:t>
            </w:r>
          </w:p>
        </w:tc>
      </w:tr>
    </w:tbl>
    <w:p>
      <w:pPr>
        <w:spacing w:before="0" w:after="0" w:line="40" w:lineRule="exact"/>
      </w:pPr>
    </w:p>
    <w:tbl>
      <w:tblPr>
        <w:tblW w:w="5100" w:type="dxa"/>
        <w:tblInd w:w="39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00"/>
        <w:gridCol w:w="2300"/>
      </w:tblGrid>
      <w:tr>
        <w:tc>
          <w:tcPr>
            <w:tcW w:type="dxa" w:w="28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Subtotal</w:t>
            </w:r>
          </w:p>
        </w:tc>
        <w:tc>
          <w:tcPr>
            <w:tcW w:type="dxa" w:w="23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{{Item.Subtotal}}</w:t>
            </w:r>
          </w:p>
        </w:tc>
      </w:tr>
      <w:tr>
        <w:tc>
          <w:tcPr>
            <w:tcW w:type="dxa" w:w="28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Tax</w:t>
            </w:r>
          </w:p>
        </w:tc>
        <w:tc>
          <w:tcPr>
            <w:tcW w:type="dxa" w:w="23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{{Item.Tax}}</w:t>
            </w:r>
          </w:p>
        </w:tc>
      </w:tr>
      <w:tr>
        <w:tc>
          <w:tcPr>
            <w:tcW w:type="dxa" w:w="28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Shipping</w:t>
            </w:r>
          </w:p>
        </w:tc>
        <w:tc>
          <w:tcPr>
            <w:tcW w:type="dxa" w:w="23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{{Item.Shipping}}</w:t>
            </w:r>
          </w:p>
        </w:tc>
      </w:tr>
      <w:tr>
        <w:tc>
          <w:tcPr>
            <w:tcW w:type="dxa" w:w="2800"/>
            <w:tcBorders>
              <w:bottom w:val="double" w:sz="6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Total</w:t>
            </w:r>
          </w:p>
        </w:tc>
        <w:tc>
          <w:tcPr>
            <w:tcW w:type="dxa" w:w="2300"/>
            <w:tcBorders>
              <w:bottom w:val="double" w:sz="6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{{Item.Total}}</w:t>
            </w:r>
          </w:p>
        </w:tc>
      </w:tr>
    </w:tbl>
    <w:p>
      <w:pPr>
        <w:spacing w:before="200" w:after="120"/>
      </w:pPr>
      <w:r>
        <w:rPr>
          <w:b w:val="0"/>
        </w:rPr>
        <w:t>{{Item.Notes}}</w:t>
      </w:r>
    </w:p>
    <w:p>
      <w:pPr>
        <w:spacing w:before="0" w:after="0"/>
      </w:pPr>
      <w:r>
        <w:rPr>
          <w:b/>
          <w:sz w:val="16"/>
        </w:rPr>
        <w:t>Terms:</w:t>
      </w:r>
      <w:r>
        <w:rPr>
          <w:b w:val="0"/>
          <w:sz w:val="16"/>
        </w:rPr>
        <w:t xml:space="preserve"> Please quote the PO number on all invoices, delivery notes and correspondence. Deliveries are subject to inspection; non-conforming goods may be returned at the supplier's cost. Prices are fixed as stated unless agreed in writing. Please confirm this order within 2 business days.</w:t>
      </w:r>
    </w:p>
    <w:p>
      <w:pPr>
        <w:spacing w:before="320" w:after="0" w:line="40" w:lineRule="exact"/>
      </w:pP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00"/>
        <w:gridCol w:w="800"/>
        <w:gridCol w:w="4000"/>
      </w:tblGrid>
      <w:tr>
        <w:trPr>
          <w:cantSplit/>
          <w:trHeight w:val="460" w:hRule="atLeast"/>
        </w:trPr>
        <w:tc>
          <w:tcPr>
            <w:tcW w:type="dxa" w:w="4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 w:line="240" w:lineRule="auto"/>
            </w:pPr>
            <w:r>
              <w:rPr>
                <w:b w:val="0"/>
              </w:rPr>
              <w:t>{{Today}}, {{Item.Approved By}}</w:t>
            </w:r>
          </w:p>
        </w:tc>
        <w:tc>
          <w:tcPr>
            <w:tcW w:type="dxa" w:w="800"/>
          </w:tcPr>
          <w:p>
            <w:pPr>
              <w:keepNext/>
            </w:pPr>
          </w:p>
        </w:tc>
        <w:tc>
          <w:tcPr>
            <w:tcW w:type="dxa" w:w="4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40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b w:val="0"/>
              </w:rPr>
              <w:t>Date, authorised signature</w:t>
            </w:r>
          </w:p>
        </w:tc>
        <w:tc>
          <w:tcPr>
            <w:tcW w:type="dxa" w:w="800"/>
          </w:tcPr>
          <w:p/>
        </w:tc>
        <w:tc>
          <w:tcPr>
            <w:tcW w:type="dxa" w:w="40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b w:val="0"/>
              </w:rPr>
              <w:t>Date, supplier acknowledgement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644" w:right="1417" w:bottom="1928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w="9493" w:type="dxa"/>
      <w:tblInd w:w="-14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1843"/>
      <w:gridCol w:w="2405"/>
      <w:gridCol w:w="2552"/>
      <w:gridCol w:w="2693"/>
    </w:tblGrid>
    <w:tr>
      <w:tc>
        <w:tcPr>
          <w:tcW w:type="dxa" w:w="1843"/>
        </w:tcPr>
        <w:p>
          <w:pPr>
            <w:spacing w:before="0" w:after="0"/>
          </w:pPr>
          <w:r>
            <w:rPr>
              <w:b w:val="0"/>
              <w:sz w:val="16"/>
            </w:rPr>
            <w:t>[Your Company Name]</w:t>
          </w:r>
          <w:r>
            <w:br/>
          </w:r>
          <w:r>
            <w:rPr>
              <w:b w:val="0"/>
              <w:sz w:val="16"/>
            </w:rPr>
            <w:t>[Street]</w:t>
          </w:r>
          <w:r>
            <w:br/>
          </w:r>
          <w:r>
            <w:rPr>
              <w:b w:val="0"/>
              <w:sz w:val="16"/>
            </w:rPr>
            <w:t>[Postcode City]</w:t>
          </w:r>
          <w:r>
            <w:br/>
          </w:r>
          <w:r>
            <w:rPr>
              <w:b w:val="0"/>
              <w:sz w:val="16"/>
            </w:rPr>
            <w:t>[Country]</w:t>
          </w:r>
        </w:p>
      </w:tc>
      <w:tc>
        <w:tcPr>
          <w:tcW w:type="dxa" w:w="2405"/>
        </w:tcPr>
        <w:p>
          <w:pPr>
            <w:spacing w:before="0" w:after="0"/>
          </w:pPr>
          <w:r>
            <w:rPr>
              <w:b w:val="0"/>
              <w:sz w:val="16"/>
            </w:rPr>
            <w:t>Phone: [Phone]</w:t>
          </w:r>
          <w:r>
            <w:br/>
          </w:r>
          <w:r>
            <w:rPr>
              <w:b w:val="0"/>
              <w:sz w:val="16"/>
            </w:rPr>
            <w:t>Mail: [Email]</w:t>
          </w:r>
          <w:r>
            <w:br/>
          </w:r>
          <w:r>
            <w:rPr>
              <w:b w:val="0"/>
              <w:sz w:val="16"/>
            </w:rPr>
            <w:t>Web: [Website]</w:t>
          </w:r>
        </w:p>
      </w:tc>
      <w:tc>
        <w:tcPr>
          <w:tcW w:type="dxa" w:w="2552"/>
        </w:tcPr>
        <w:p>
          <w:pPr>
            <w:spacing w:before="0" w:after="0"/>
          </w:pPr>
          <w:r>
            <w:rPr>
              <w:b w:val="0"/>
              <w:sz w:val="16"/>
            </w:rPr>
            <w:t>Bank: [Bank name]</w:t>
          </w:r>
          <w:r>
            <w:br/>
          </w:r>
          <w:r>
            <w:rPr>
              <w:b w:val="0"/>
              <w:sz w:val="16"/>
            </w:rPr>
            <w:t>IBAN: [IBAN]</w:t>
          </w:r>
          <w:r>
            <w:br/>
          </w:r>
          <w:r>
            <w:rPr>
              <w:b w:val="0"/>
              <w:sz w:val="16"/>
            </w:rPr>
            <w:t>BIC: [BIC]</w:t>
          </w:r>
        </w:p>
      </w:tc>
      <w:tc>
        <w:tcPr>
          <w:tcW w:type="dxa" w:w="2693"/>
        </w:tcPr>
        <w:p>
          <w:pPr>
            <w:spacing w:before="0" w:after="0"/>
          </w:pPr>
          <w:r>
            <w:rPr>
              <w:b w:val="0"/>
              <w:sz w:val="16"/>
            </w:rPr>
            <w:t>Director: [Name]</w:t>
          </w:r>
          <w:r>
            <w:br/>
          </w:r>
          <w:r>
            <w:br/>
          </w:r>
          <w:r>
            <w:rPr>
              <w:b w:val="0"/>
              <w:sz w:val="16"/>
            </w:rPr>
            <w:t>VAT ID: [Number]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918339" cy="40386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placehol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8339" cy="40386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auto" w:line="276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