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C9C672" w14:textId="77777777" w:rsidR="00174FFE" w:rsidRDefault="00000000">
      <w:pPr>
        <w:spacing w:before="120" w:after="200"/>
      </w:pPr>
      <w:r>
        <w:rPr>
          <w:sz w:val="16"/>
        </w:rPr>
        <w:t>[Your Company Name] | [Street] | [Postcode City] | [Country]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72"/>
        <w:gridCol w:w="4000"/>
      </w:tblGrid>
      <w:tr w:rsidR="00174FFE" w14:paraId="1249D6AA" w14:textId="77777777">
        <w:tc>
          <w:tcPr>
            <w:tcW w:w="507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ED7A3" w14:textId="77777777" w:rsidR="00174FFE" w:rsidRDefault="00000000">
            <w:r>
              <w:rPr>
                <w:b/>
                <w:sz w:val="40"/>
              </w:rPr>
              <w:t>Request Form Summary</w:t>
            </w:r>
          </w:p>
        </w:tc>
        <w:tc>
          <w:tcPr>
            <w:tcW w:w="40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341FB" w14:textId="77777777" w:rsidR="00174FFE" w:rsidRDefault="00000000">
            <w:pPr>
              <w:jc w:val="right"/>
            </w:pPr>
            <w:r>
              <w:rPr>
                <w:color w:val="767171"/>
                <w:sz w:val="18"/>
              </w:rPr>
              <w:t>Reference</w:t>
            </w:r>
          </w:p>
          <w:p w14:paraId="6D773C1B" w14:textId="77777777" w:rsidR="00174FFE" w:rsidRDefault="00000000">
            <w:pPr>
              <w:jc w:val="right"/>
            </w:pPr>
            <w:r>
              <w:rPr>
                <w:b/>
                <w:sz w:val="36"/>
              </w:rPr>
              <w:t>{{Item.Request ID}}</w:t>
            </w:r>
          </w:p>
        </w:tc>
      </w:tr>
    </w:tbl>
    <w:p w14:paraId="35BCFF2A" w14:textId="77777777" w:rsidR="00174FFE" w:rsidRDefault="00174FFE">
      <w:pPr>
        <w:spacing w:before="20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174FFE" w14:paraId="7B33821B" w14:textId="77777777">
        <w:tc>
          <w:tcPr>
            <w:tcW w:w="4536" w:type="dxa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0" w:type="dxa"/>
              <w:bottom w:w="140" w:type="dxa"/>
              <w:right w:w="85" w:type="dxa"/>
            </w:tcMar>
          </w:tcPr>
          <w:p w14:paraId="2E95CC12" w14:textId="77777777" w:rsidR="00174FFE" w:rsidRDefault="00000000">
            <w:r>
              <w:rPr>
                <w:b/>
                <w:sz w:val="24"/>
              </w:rPr>
              <w:t>Requester</w:t>
            </w:r>
          </w:p>
          <w:p w14:paraId="43C291E6" w14:textId="77777777" w:rsidR="00174FFE" w:rsidRDefault="00000000">
            <w:pPr>
              <w:spacing w:before="80"/>
            </w:pPr>
            <w:r>
              <w:rPr>
                <w:b/>
              </w:rPr>
              <w:t>{{Item.Name}}</w:t>
            </w:r>
          </w:p>
          <w:p w14:paraId="1A6409B6" w14:textId="77777777" w:rsidR="00174FFE" w:rsidRDefault="00000000">
            <w:pPr>
              <w:spacing w:before="20"/>
            </w:pPr>
            <w:r>
              <w:t>{{Item.Organisation}}</w:t>
            </w:r>
          </w:p>
          <w:p w14:paraId="0AD546D7" w14:textId="77777777" w:rsidR="00174FFE" w:rsidRDefault="00000000">
            <w:pPr>
              <w:spacing w:before="20"/>
            </w:pPr>
            <w:r>
              <w:t>{{Item.Street}}</w:t>
            </w:r>
          </w:p>
          <w:p w14:paraId="330B50AA" w14:textId="77777777" w:rsidR="00174FFE" w:rsidRDefault="00000000">
            <w:pPr>
              <w:spacing w:before="20"/>
            </w:pPr>
            <w:r>
              <w:t>{{Item.Zip Code and City}}</w:t>
            </w:r>
          </w:p>
          <w:p w14:paraId="54226A31" w14:textId="77777777" w:rsidR="00174FFE" w:rsidRDefault="00000000">
            <w:pPr>
              <w:spacing w:before="20"/>
            </w:pPr>
            <w:r>
              <w:t>{{Item.Phone}}</w:t>
            </w:r>
          </w:p>
          <w:p w14:paraId="4750AAE0" w14:textId="77777777" w:rsidR="00174FFE" w:rsidRDefault="00000000">
            <w:pPr>
              <w:spacing w:before="20"/>
            </w:pPr>
            <w:r>
              <w:t>{{Item.Email}}</w:t>
            </w:r>
          </w:p>
        </w:tc>
        <w:tc>
          <w:tcPr>
            <w:tcW w:w="4536" w:type="dxa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170" w:type="dxa"/>
              <w:bottom w:w="140" w:type="dxa"/>
              <w:right w:w="85" w:type="dxa"/>
            </w:tcMar>
          </w:tcPr>
          <w:p w14:paraId="7CB81B61" w14:textId="77777777" w:rsidR="00174FFE" w:rsidRDefault="00000000">
            <w:r>
              <w:rPr>
                <w:b/>
                <w:sz w:val="24"/>
              </w:rPr>
              <w:t>Request</w:t>
            </w:r>
          </w:p>
          <w:p w14:paraId="3DFF476F" w14:textId="77777777" w:rsidR="00174FFE" w:rsidRDefault="00000000">
            <w:pPr>
              <w:spacing w:before="80"/>
            </w:pPr>
            <w:r>
              <w:rPr>
                <w:b/>
              </w:rPr>
              <w:t>{{Item.Request Type}}</w:t>
            </w:r>
          </w:p>
          <w:p w14:paraId="05643615" w14:textId="77777777" w:rsidR="00174FFE" w:rsidRDefault="00000000">
            <w:pPr>
              <w:spacing w:before="20"/>
            </w:pPr>
            <w:r>
              <w:t>Submitted: {{Item.Creation Log#Date}}</w:t>
            </w:r>
          </w:p>
          <w:p w14:paraId="707B856A" w14:textId="77777777" w:rsidR="00174FFE" w:rsidRDefault="00000000">
            <w:pPr>
              <w:spacing w:before="20"/>
            </w:pPr>
            <w:r>
              <w:t>Needed by: {{Item.Due Date}}</w:t>
            </w:r>
          </w:p>
          <w:p w14:paraId="4DBA1FC7" w14:textId="77777777" w:rsidR="00174FFE" w:rsidRDefault="00000000">
            <w:pPr>
              <w:spacing w:before="20"/>
            </w:pPr>
            <w:r>
              <w:t>Priority: {{Item.Priority}}</w:t>
            </w:r>
          </w:p>
          <w:p w14:paraId="78620143" w14:textId="77777777" w:rsidR="00174FFE" w:rsidRDefault="00000000">
            <w:pPr>
              <w:spacing w:before="20"/>
            </w:pPr>
            <w:r>
              <w:t>Assigned to: {{Item.Assigned To}}</w:t>
            </w:r>
          </w:p>
          <w:p w14:paraId="62D75DBA" w14:textId="77777777" w:rsidR="00174FFE" w:rsidRDefault="00000000">
            <w:pPr>
              <w:spacing w:before="20"/>
            </w:pPr>
            <w:r>
              <w:t>Status: {{Item.Status}}</w:t>
            </w:r>
          </w:p>
        </w:tc>
      </w:tr>
    </w:tbl>
    <w:p w14:paraId="02134856" w14:textId="77777777" w:rsidR="00174FFE" w:rsidRDefault="00000000">
      <w:pPr>
        <w:spacing w:before="240" w:after="80"/>
      </w:pPr>
      <w:r>
        <w:rPr>
          <w:b/>
          <w:sz w:val="22"/>
        </w:rPr>
        <w:t>Details</w:t>
      </w:r>
    </w:p>
    <w:p w14:paraId="38CACEC1" w14:textId="77777777" w:rsidR="00174FFE" w:rsidRDefault="00174FFE">
      <w:pPr>
        <w:spacing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372"/>
      </w:tblGrid>
      <w:tr w:rsidR="00174FFE" w14:paraId="6E0838E1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576A8ED7" w14:textId="77777777" w:rsidR="00174FFE" w:rsidRDefault="00000000">
            <w:r>
              <w:rPr>
                <w:b/>
              </w:rPr>
              <w:t>[Question 1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2DF6BEF3" w14:textId="77777777" w:rsidR="00174FFE" w:rsidRDefault="00000000">
            <w:r>
              <w:t>{{Item.Question 1}}</w:t>
            </w:r>
          </w:p>
        </w:tc>
      </w:tr>
      <w:tr w:rsidR="00174FFE" w14:paraId="7E680F8C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C7B1051" w14:textId="77777777" w:rsidR="00174FFE" w:rsidRDefault="00000000">
            <w:r>
              <w:rPr>
                <w:b/>
              </w:rPr>
              <w:t>[Question 2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282DC194" w14:textId="77777777" w:rsidR="00174FFE" w:rsidRDefault="00000000">
            <w:r>
              <w:t>{{Item.Question 2}}</w:t>
            </w:r>
          </w:p>
        </w:tc>
      </w:tr>
      <w:tr w:rsidR="00174FFE" w14:paraId="7BCEE198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79296451" w14:textId="77777777" w:rsidR="00174FFE" w:rsidRDefault="00000000">
            <w:r>
              <w:rPr>
                <w:b/>
              </w:rPr>
              <w:t>[Question 3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3FA7E5F" w14:textId="77777777" w:rsidR="00174FFE" w:rsidRDefault="00000000">
            <w:r>
              <w:t>{{Item.Question 3}}</w:t>
            </w:r>
          </w:p>
        </w:tc>
      </w:tr>
      <w:tr w:rsidR="00174FFE" w14:paraId="1A69C78E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AB17150" w14:textId="77777777" w:rsidR="00174FFE" w:rsidRDefault="00000000">
            <w:r>
              <w:rPr>
                <w:b/>
              </w:rPr>
              <w:t>[Question 4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1454F5E3" w14:textId="77777777" w:rsidR="00174FFE" w:rsidRDefault="00000000">
            <w:r>
              <w:t>{{Item.Question 4}}</w:t>
            </w:r>
          </w:p>
        </w:tc>
      </w:tr>
      <w:tr w:rsidR="00174FFE" w14:paraId="307E37D9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67194E01" w14:textId="77777777" w:rsidR="00174FFE" w:rsidRDefault="00000000">
            <w:r>
              <w:rPr>
                <w:b/>
              </w:rPr>
              <w:t>[Question 5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50D257C6" w14:textId="77777777" w:rsidR="00174FFE" w:rsidRDefault="00000000">
            <w:r>
              <w:t>{{Item.Question 5}}</w:t>
            </w:r>
          </w:p>
        </w:tc>
      </w:tr>
      <w:tr w:rsidR="00174FFE" w14:paraId="086D45FA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75314F67" w14:textId="77777777" w:rsidR="00174FFE" w:rsidRDefault="00000000">
            <w:r>
              <w:rPr>
                <w:b/>
              </w:rPr>
              <w:t>[Question 6 label]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7FC01EDF" w14:textId="77777777" w:rsidR="00174FFE" w:rsidRDefault="00000000">
            <w:r>
              <w:t>{{Item.Question 6}}</w:t>
            </w:r>
          </w:p>
        </w:tc>
      </w:tr>
      <w:tr w:rsidR="00174FFE" w14:paraId="6BA73526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63225020" w14:textId="77777777" w:rsidR="00174FFE" w:rsidRDefault="00000000">
            <w:r>
              <w:rPr>
                <w:b/>
              </w:rPr>
              <w:t>Description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3668C054" w14:textId="77777777" w:rsidR="00174FFE" w:rsidRDefault="00000000">
            <w:r>
              <w:t>{{Item.Description}}</w:t>
            </w:r>
          </w:p>
        </w:tc>
      </w:tr>
      <w:tr w:rsidR="00174FFE" w14:paraId="004D525C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08AEDC75" w14:textId="77777777" w:rsidR="00174FFE" w:rsidRDefault="00000000">
            <w:r>
              <w:rPr>
                <w:b/>
              </w:rPr>
              <w:t>Attachments</w:t>
            </w:r>
          </w:p>
        </w:tc>
        <w:tc>
          <w:tcPr>
            <w:tcW w:w="63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374C2C54" w14:textId="7DF24036" w:rsidR="00174FFE" w:rsidRDefault="00000000">
            <w:r>
              <w:t>{{</w:t>
            </w:r>
            <w:proofErr w:type="spellStart"/>
            <w:r>
              <w:t>Attachments#Text|CommaToLineBreak</w:t>
            </w:r>
            <w:proofErr w:type="spellEnd"/>
            <w:r>
              <w:t>}}</w:t>
            </w:r>
          </w:p>
        </w:tc>
      </w:tr>
    </w:tbl>
    <w:p w14:paraId="315D3D9C" w14:textId="77777777" w:rsidR="00174FFE" w:rsidRDefault="00000000">
      <w:pPr>
        <w:spacing w:before="200"/>
      </w:pPr>
      <w:r>
        <w:t>{{Checkbox:Consent}} The requester confirmed that the information provided is accurate and consented to its processing.</w:t>
      </w:r>
    </w:p>
    <w:p w14:paraId="61114743" w14:textId="77777777" w:rsidR="00174FFE" w:rsidRDefault="00000000">
      <w:pPr>
        <w:spacing w:before="240" w:after="80"/>
      </w:pPr>
      <w:r>
        <w:rPr>
          <w:b/>
          <w:sz w:val="22"/>
        </w:rPr>
        <w:t>Internal use</w:t>
      </w:r>
    </w:p>
    <w:p w14:paraId="6EE7C967" w14:textId="77777777" w:rsidR="00174FFE" w:rsidRDefault="00174FFE">
      <w:pPr>
        <w:spacing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4672"/>
        <w:gridCol w:w="1700"/>
      </w:tblGrid>
      <w:tr w:rsidR="00174FFE" w14:paraId="3F9C4867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D265C1E" w14:textId="77777777" w:rsidR="00174FFE" w:rsidRDefault="00000000">
            <w:r>
              <w:rPr>
                <w:b/>
              </w:rPr>
              <w:t>Reviewed by</w:t>
            </w:r>
          </w:p>
        </w:tc>
        <w:tc>
          <w:tcPr>
            <w:tcW w:w="46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53A8D3B9" w14:textId="77777777" w:rsidR="00174FFE" w:rsidRDefault="00000000">
            <w:r>
              <w:t>{{Item.Reviewer}}</w:t>
            </w:r>
          </w:p>
        </w:tc>
        <w:tc>
          <w:tcPr>
            <w:tcW w:w="1700" w:type="dxa"/>
            <w:vMerge w:val="restart"/>
            <w:tcMar>
              <w:top w:w="40" w:type="dxa"/>
              <w:left w:w="170" w:type="dxa"/>
              <w:bottom w:w="40" w:type="dxa"/>
              <w:right w:w="0" w:type="dxa"/>
            </w:tcMar>
            <w:vAlign w:val="center"/>
          </w:tcPr>
          <w:p w14:paraId="0ECF3E78" w14:textId="77777777" w:rsidR="00174FFE" w:rsidRDefault="00000000">
            <w:pPr>
              <w:jc w:val="center"/>
            </w:pPr>
            <w:r>
              <w:rPr>
                <w:sz w:val="16"/>
              </w:rPr>
              <w:t>{{Image(70;0):QR.ItemUrl}}</w:t>
            </w:r>
            <w:r>
              <w:br/>
            </w:r>
            <w:r>
              <w:rPr>
                <w:sz w:val="16"/>
              </w:rPr>
              <w:t>Open in monday</w:t>
            </w:r>
          </w:p>
        </w:tc>
      </w:tr>
      <w:tr w:rsidR="00174FFE" w14:paraId="718EED97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699263D8" w14:textId="77777777" w:rsidR="00174FFE" w:rsidRDefault="00000000">
            <w:r>
              <w:rPr>
                <w:b/>
              </w:rPr>
              <w:t>Decision</w:t>
            </w:r>
          </w:p>
        </w:tc>
        <w:tc>
          <w:tcPr>
            <w:tcW w:w="46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300D39CD" w14:textId="77777777" w:rsidR="00174FFE" w:rsidRDefault="00000000">
            <w:r>
              <w:t>{{Item.Decision}}</w:t>
            </w:r>
          </w:p>
        </w:tc>
        <w:tc>
          <w:tcPr>
            <w:tcW w:w="1700" w:type="dxa"/>
            <w:vMerge/>
          </w:tcPr>
          <w:p w14:paraId="066F2945" w14:textId="77777777" w:rsidR="00174FFE" w:rsidRDefault="00174FFE"/>
        </w:tc>
      </w:tr>
      <w:tr w:rsidR="00174FFE" w14:paraId="6AF0EC95" w14:textId="77777777">
        <w:tc>
          <w:tcPr>
            <w:tcW w:w="2700" w:type="dxa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133DBC89" w14:textId="77777777" w:rsidR="00174FFE" w:rsidRDefault="00000000">
            <w:r>
              <w:rPr>
                <w:b/>
              </w:rPr>
              <w:t>Internal notes</w:t>
            </w:r>
          </w:p>
        </w:tc>
        <w:tc>
          <w:tcPr>
            <w:tcW w:w="4672" w:type="dxa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 w14:paraId="42767EDA" w14:textId="77777777" w:rsidR="00174FFE" w:rsidRDefault="00000000">
            <w:r>
              <w:t>{{Item.Internal Notes}}</w:t>
            </w:r>
          </w:p>
        </w:tc>
        <w:tc>
          <w:tcPr>
            <w:tcW w:w="1700" w:type="dxa"/>
            <w:vMerge/>
          </w:tcPr>
          <w:p w14:paraId="56ED5C0B" w14:textId="77777777" w:rsidR="00174FFE" w:rsidRDefault="00174FFE"/>
        </w:tc>
      </w:tr>
    </w:tbl>
    <w:p w14:paraId="37B1011F" w14:textId="77777777" w:rsidR="00174FFE" w:rsidRDefault="00174FFE">
      <w:pPr>
        <w:spacing w:before="400" w:line="40" w:lineRule="exact"/>
      </w:pP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00"/>
        <w:gridCol w:w="800"/>
        <w:gridCol w:w="4000"/>
      </w:tblGrid>
      <w:tr w:rsidR="00174FFE" w14:paraId="410A0F30" w14:textId="77777777">
        <w:trPr>
          <w:cantSplit/>
          <w:trHeight w:val="900"/>
        </w:trPr>
        <w:tc>
          <w:tcPr>
            <w:tcW w:w="4000" w:type="dxa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 w14:paraId="1C84D8CE" w14:textId="77777777" w:rsidR="00174FFE" w:rsidRDefault="00000000">
            <w:pPr>
              <w:keepNext/>
              <w:spacing w:line="240" w:lineRule="auto"/>
            </w:pPr>
            <w:r>
              <w:t>{{Image(150;0):Item.Signature}}</w:t>
            </w:r>
          </w:p>
        </w:tc>
        <w:tc>
          <w:tcPr>
            <w:tcW w:w="800" w:type="dxa"/>
          </w:tcPr>
          <w:p w14:paraId="2F7E28CF" w14:textId="77777777" w:rsidR="00174FFE" w:rsidRDefault="00174FFE">
            <w:pPr>
              <w:keepNext/>
            </w:pPr>
          </w:p>
        </w:tc>
        <w:tc>
          <w:tcPr>
            <w:tcW w:w="4000" w:type="dxa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 w14:paraId="15F05C1A" w14:textId="77777777" w:rsidR="00174FFE" w:rsidRDefault="00174FFE">
            <w:pPr>
              <w:keepNext/>
              <w:spacing w:line="240" w:lineRule="auto"/>
            </w:pPr>
          </w:p>
        </w:tc>
      </w:tr>
      <w:tr w:rsidR="00174FFE" w14:paraId="011088ED" w14:textId="77777777">
        <w:trPr>
          <w:cantSplit/>
        </w:trPr>
        <w:tc>
          <w:tcPr>
            <w:tcW w:w="4000" w:type="dxa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p w14:paraId="39F571B0" w14:textId="77777777" w:rsidR="00174FFE" w:rsidRDefault="00000000">
            <w:r>
              <w:t>Requester: {{Item.Name}}, {{Item.Creation Log#Date}}</w:t>
            </w:r>
          </w:p>
        </w:tc>
        <w:tc>
          <w:tcPr>
            <w:tcW w:w="800" w:type="dxa"/>
          </w:tcPr>
          <w:p w14:paraId="18175132" w14:textId="77777777" w:rsidR="00174FFE" w:rsidRDefault="00174FFE"/>
        </w:tc>
        <w:tc>
          <w:tcPr>
            <w:tcW w:w="4000" w:type="dxa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</w:tcPr>
          <w:p w14:paraId="51929FFD" w14:textId="77777777" w:rsidR="00174FFE" w:rsidRDefault="00000000">
            <w:r>
              <w:t>Date, approved by</w:t>
            </w:r>
          </w:p>
        </w:tc>
      </w:tr>
    </w:tbl>
    <w:p w14:paraId="7261A1AB" w14:textId="77777777" w:rsidR="002941B9" w:rsidRDefault="002941B9"/>
    <w:sectPr w:rsidR="002941B9" w:rsidSect="00034616">
      <w:headerReference w:type="default" r:id="rId8"/>
      <w:footerReference w:type="default" r:id="rId9"/>
      <w:pgSz w:w="11906" w:h="16838"/>
      <w:pgMar w:top="1644" w:right="1417" w:bottom="1928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61424" w14:textId="77777777" w:rsidR="002941B9" w:rsidRDefault="002941B9">
      <w:pPr>
        <w:spacing w:line="240" w:lineRule="auto"/>
      </w:pPr>
      <w:r>
        <w:separator/>
      </w:r>
    </w:p>
  </w:endnote>
  <w:endnote w:type="continuationSeparator" w:id="0">
    <w:p w14:paraId="252EAA9E" w14:textId="77777777" w:rsidR="002941B9" w:rsidRDefault="002941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8EFEE0" w14:textId="77777777" w:rsidR="00174FFE" w:rsidRDefault="00174FFE">
    <w:pPr>
      <w:pStyle w:val="Fuzeile"/>
    </w:pPr>
  </w:p>
  <w:tbl>
    <w:tblPr>
      <w:tblW w:w="9493" w:type="dxa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843"/>
      <w:gridCol w:w="2405"/>
      <w:gridCol w:w="2552"/>
      <w:gridCol w:w="2693"/>
    </w:tblGrid>
    <w:tr w:rsidR="00174FFE" w14:paraId="197F9A7F" w14:textId="77777777">
      <w:tc>
        <w:tcPr>
          <w:tcW w:w="1843" w:type="dxa"/>
        </w:tcPr>
        <w:p w14:paraId="06D49CB0" w14:textId="77777777" w:rsidR="00174FFE" w:rsidRDefault="00000000">
          <w:r>
            <w:rPr>
              <w:sz w:val="16"/>
            </w:rPr>
            <w:t>[Your Company Name]</w:t>
          </w:r>
          <w:r>
            <w:br/>
          </w:r>
          <w:r>
            <w:rPr>
              <w:sz w:val="16"/>
            </w:rPr>
            <w:t>[Street]</w:t>
          </w:r>
          <w:r>
            <w:br/>
          </w:r>
          <w:r>
            <w:rPr>
              <w:sz w:val="16"/>
            </w:rPr>
            <w:t>[Postcode City]</w:t>
          </w:r>
          <w:r>
            <w:br/>
          </w:r>
          <w:r>
            <w:rPr>
              <w:sz w:val="16"/>
            </w:rPr>
            <w:t>[Country]</w:t>
          </w:r>
        </w:p>
      </w:tc>
      <w:tc>
        <w:tcPr>
          <w:tcW w:w="2405" w:type="dxa"/>
        </w:tcPr>
        <w:p w14:paraId="258BC017" w14:textId="77777777" w:rsidR="00174FFE" w:rsidRDefault="00000000">
          <w:r>
            <w:rPr>
              <w:sz w:val="16"/>
            </w:rPr>
            <w:t>Phone: [Phone]</w:t>
          </w:r>
          <w:r>
            <w:br/>
          </w:r>
          <w:r>
            <w:rPr>
              <w:sz w:val="16"/>
            </w:rPr>
            <w:t>Mail: [Email]</w:t>
          </w:r>
          <w:r>
            <w:br/>
          </w:r>
          <w:r>
            <w:rPr>
              <w:sz w:val="16"/>
            </w:rPr>
            <w:t>Web: [Website]</w:t>
          </w:r>
        </w:p>
      </w:tc>
      <w:tc>
        <w:tcPr>
          <w:tcW w:w="2552" w:type="dxa"/>
        </w:tcPr>
        <w:p w14:paraId="7D54F603" w14:textId="77777777" w:rsidR="00174FFE" w:rsidRDefault="00000000">
          <w:r>
            <w:rPr>
              <w:sz w:val="16"/>
            </w:rPr>
            <w:t>Bank: [Bank name]</w:t>
          </w:r>
          <w:r>
            <w:br/>
          </w:r>
          <w:r>
            <w:rPr>
              <w:sz w:val="16"/>
            </w:rPr>
            <w:t>IBAN: [IBAN]</w:t>
          </w:r>
          <w:r>
            <w:br/>
          </w:r>
          <w:r>
            <w:rPr>
              <w:sz w:val="16"/>
            </w:rPr>
            <w:t>BIC: [BIC]</w:t>
          </w:r>
        </w:p>
      </w:tc>
      <w:tc>
        <w:tcPr>
          <w:tcW w:w="2693" w:type="dxa"/>
        </w:tcPr>
        <w:p w14:paraId="3F6ED21E" w14:textId="77777777" w:rsidR="00174FFE" w:rsidRDefault="00000000">
          <w:r>
            <w:rPr>
              <w:sz w:val="16"/>
            </w:rPr>
            <w:t>Director: [Name]</w:t>
          </w:r>
          <w:r>
            <w:br/>
          </w:r>
          <w:r>
            <w:br/>
          </w:r>
          <w:r>
            <w:rPr>
              <w:sz w:val="16"/>
            </w:rPr>
            <w:t>VAT ID: [Number]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A542F1" w14:textId="77777777" w:rsidR="002941B9" w:rsidRDefault="002941B9">
      <w:pPr>
        <w:spacing w:line="240" w:lineRule="auto"/>
      </w:pPr>
      <w:r>
        <w:separator/>
      </w:r>
    </w:p>
  </w:footnote>
  <w:footnote w:type="continuationSeparator" w:id="0">
    <w:p w14:paraId="685B2E66" w14:textId="77777777" w:rsidR="002941B9" w:rsidRDefault="002941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F1200A" w14:textId="77777777" w:rsidR="00174FFE" w:rsidRDefault="00000000">
    <w:pPr>
      <w:pStyle w:val="Kopfzeile"/>
      <w:jc w:val="right"/>
    </w:pPr>
    <w:r>
      <w:rPr>
        <w:noProof/>
      </w:rPr>
      <w:drawing>
        <wp:inline distT="0" distB="0" distL="0" distR="0" wp14:anchorId="1FCB9AFD" wp14:editId="6105AB68">
          <wp:extent cx="1918339" cy="40386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lacehol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8339" cy="403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4037745">
    <w:abstractNumId w:val="8"/>
  </w:num>
  <w:num w:numId="2" w16cid:durableId="691029948">
    <w:abstractNumId w:val="6"/>
  </w:num>
  <w:num w:numId="3" w16cid:durableId="1902212237">
    <w:abstractNumId w:val="5"/>
  </w:num>
  <w:num w:numId="4" w16cid:durableId="1036465143">
    <w:abstractNumId w:val="4"/>
  </w:num>
  <w:num w:numId="5" w16cid:durableId="1103692161">
    <w:abstractNumId w:val="7"/>
  </w:num>
  <w:num w:numId="6" w16cid:durableId="1481849453">
    <w:abstractNumId w:val="3"/>
  </w:num>
  <w:num w:numId="7" w16cid:durableId="265699090">
    <w:abstractNumId w:val="2"/>
  </w:num>
  <w:num w:numId="8" w16cid:durableId="1309092933">
    <w:abstractNumId w:val="1"/>
  </w:num>
  <w:num w:numId="9" w16cid:durableId="3493363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FFE"/>
    <w:rsid w:val="002941B9"/>
    <w:rsid w:val="0029639D"/>
    <w:rsid w:val="00326F90"/>
    <w:rsid w:val="00891BB4"/>
    <w:rsid w:val="00AA1D8D"/>
    <w:rsid w:val="00B47730"/>
    <w:rsid w:val="00CB0664"/>
    <w:rsid w:val="00D14790"/>
    <w:rsid w:val="00DA16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9D787"/>
  <w14:defaultImageDpi w14:val="300"/>
  <w15:docId w15:val="{D014A402-8A2B-BC4A-8DB8-2F2A6A69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Calibri" w:eastAsia="Calibri" w:hAnsi="Calibri" w:cs="Calibri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Haske</cp:lastModifiedBy>
  <cp:revision>3</cp:revision>
  <dcterms:created xsi:type="dcterms:W3CDTF">2013-12-23T23:15:00Z</dcterms:created>
  <dcterms:modified xsi:type="dcterms:W3CDTF">2026-10-16T11:07:00Z</dcterms:modified>
  <cp:category/>
</cp:coreProperties>
</file>