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00"/>
      </w:pPr>
      <w:r>
        <w:rPr>
          <w:b w:val="0"/>
          <w:sz w:val="16"/>
        </w:rPr>
        <w:t>[Your Company Name] | [Street] | [Postcode City] | [Country]</w:t>
      </w:r>
    </w:p>
    <w:tbl>
      <w:tblPr>
        <w:tblW w:w="907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5072"/>
        <w:gridCol w:w="4000"/>
      </w:tblGrid>
      <w:tr>
        <w:tc>
          <w:tcPr>
            <w:tcW w:type="dxa" w:w="507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pacing w:before="0" w:after="0"/>
            </w:pPr>
            <w:r>
              <w:rPr>
                <w:b/>
                <w:sz w:val="40"/>
              </w:rPr>
              <w:t>Service Report</w:t>
            </w:r>
          </w:p>
        </w:tc>
        <w:tc>
          <w:tcPr>
            <w:tcW w:type="dxa" w:w="4000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pacing w:before="0" w:after="0"/>
              <w:jc w:val="right"/>
            </w:pPr>
            <w:r>
              <w:rPr>
                <w:b w:val="0"/>
                <w:color w:val="767171"/>
                <w:sz w:val="18"/>
              </w:rPr>
              <w:t>Report Number</w:t>
            </w:r>
          </w:p>
          <w:p>
            <w:pPr>
              <w:spacing w:before="0" w:after="0"/>
              <w:jc w:val="right"/>
            </w:pPr>
            <w:r>
              <w:rPr>
                <w:b/>
                <w:sz w:val="36"/>
              </w:rPr>
              <w:t>{{Item.Report Number}}</w:t>
            </w:r>
          </w:p>
        </w:tc>
      </w:tr>
    </w:tbl>
    <w:p>
      <w:pPr>
        <w:spacing w:before="200" w:after="0" w:line="40" w:lineRule="exact"/>
      </w:pPr>
    </w:p>
    <w:tbl>
      <w:tblPr>
        <w:tblW w:w="907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536"/>
            <w:tcBorders>
              <w:top w:val="single" w:sz="4" w:space="0" w:color="BFBFBF"/>
              <w:bottom w:val="single" w:sz="4" w:space="0" w:color="BFBFBF"/>
            </w:tcBorders>
            <w:tcMar>
              <w:top w:w="140" w:type="dxa"/>
              <w:left w:w="0" w:type="dxa"/>
              <w:bottom w:w="140" w:type="dxa"/>
              <w:right w:w="85" w:type="dxa"/>
            </w:tcMar>
          </w:tcPr>
          <w:p>
            <w:pPr>
              <w:spacing w:before="0" w:after="0"/>
            </w:pPr>
            <w:r>
              <w:rPr>
                <w:b/>
                <w:sz w:val="24"/>
              </w:rPr>
              <w:t>Customer</w:t>
            </w:r>
          </w:p>
          <w:p>
            <w:pPr>
              <w:spacing w:before="80" w:after="0"/>
            </w:pPr>
            <w:r>
              <w:rPr>
                <w:b/>
              </w:rPr>
              <w:t>{{Item.Customer Contact}}</w:t>
            </w:r>
          </w:p>
          <w:p>
            <w:pPr>
              <w:spacing w:before="20" w:after="0"/>
            </w:pPr>
            <w:r>
              <w:rPr>
                <w:b w:val="0"/>
              </w:rPr>
              <w:t>{{Item.Customer}}</w:t>
            </w:r>
          </w:p>
          <w:p>
            <w:pPr>
              <w:spacing w:before="20" w:after="0"/>
            </w:pPr>
            <w:r>
              <w:rPr>
                <w:b w:val="0"/>
              </w:rPr>
              <w:t>{{Item.Customer Street}}</w:t>
            </w:r>
          </w:p>
          <w:p>
            <w:pPr>
              <w:spacing w:before="20" w:after="0"/>
            </w:pPr>
            <w:r>
              <w:rPr>
                <w:b w:val="0"/>
              </w:rPr>
              <w:t>{{Item.Customer Zip Code and City}}</w:t>
            </w:r>
          </w:p>
          <w:p>
            <w:pPr>
              <w:spacing w:before="20" w:after="0"/>
            </w:pPr>
            <w:r>
              <w:rPr>
                <w:b w:val="0"/>
              </w:rPr>
              <w:t>{{Item.Customer Phone}}</w:t>
            </w:r>
          </w:p>
          <w:p>
            <w:pPr>
              <w:spacing w:before="20" w:after="0"/>
            </w:pPr>
            <w:r>
              <w:rPr>
                <w:b w:val="0"/>
              </w:rPr>
              <w:t>{{Item.Customer Email}}</w:t>
            </w:r>
          </w:p>
        </w:tc>
        <w:tc>
          <w:tcPr>
            <w:tcW w:type="dxa" w:w="4536"/>
            <w:tcBorders>
              <w:top w:val="single" w:sz="4" w:space="0" w:color="BFBFBF"/>
              <w:bottom w:val="single" w:sz="4" w:space="0" w:color="BFBFBF"/>
            </w:tcBorders>
            <w:tcMar>
              <w:top w:w="140" w:type="dxa"/>
              <w:left w:w="170" w:type="dxa"/>
              <w:bottom w:w="140" w:type="dxa"/>
              <w:right w:w="85" w:type="dxa"/>
            </w:tcMar>
          </w:tcPr>
          <w:p>
            <w:pPr>
              <w:spacing w:before="0" w:after="0"/>
            </w:pPr>
            <w:r>
              <w:rPr>
                <w:b/>
                <w:sz w:val="24"/>
              </w:rPr>
              <w:t>Site &amp; asset</w:t>
            </w:r>
          </w:p>
          <w:p>
            <w:pPr>
              <w:spacing w:before="80" w:after="0"/>
            </w:pPr>
            <w:r>
              <w:rPr>
                <w:b/>
              </w:rPr>
              <w:t>{{Item.Site Name}}</w:t>
            </w:r>
          </w:p>
          <w:p>
            <w:pPr>
              <w:spacing w:before="20" w:after="0"/>
            </w:pPr>
            <w:r>
              <w:rPr>
                <w:b w:val="0"/>
              </w:rPr>
              <w:t>{{Item.Site Street}}</w:t>
            </w:r>
          </w:p>
          <w:p>
            <w:pPr>
              <w:spacing w:before="20" w:after="0"/>
            </w:pPr>
            <w:r>
              <w:rPr>
                <w:b w:val="0"/>
              </w:rPr>
              <w:t>{{Item.Site Zip Code and City}}</w:t>
            </w:r>
          </w:p>
          <w:p>
            <w:pPr>
              <w:spacing w:before="20" w:after="0"/>
            </w:pPr>
            <w:r>
              <w:rPr>
                <w:b w:val="0"/>
              </w:rPr>
              <w:t>Asset: {{Item.Asset}}</w:t>
            </w:r>
          </w:p>
          <w:p>
            <w:pPr>
              <w:spacing w:before="20" w:after="0"/>
            </w:pPr>
            <w:r>
              <w:rPr>
                <w:b w:val="0"/>
              </w:rPr>
              <w:t>Serial no.: {{Item.Serial Number}}</w:t>
            </w:r>
          </w:p>
        </w:tc>
      </w:tr>
    </w:tbl>
    <w:p>
      <w:pPr>
        <w:spacing w:before="200" w:after="0" w:line="40" w:lineRule="exact"/>
      </w:pPr>
    </w:p>
    <w:tbl>
      <w:tblPr>
        <w:tblW w:w="907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700"/>
        <w:gridCol w:w="2836"/>
        <w:gridCol w:w="1700"/>
        <w:gridCol w:w="2836"/>
      </w:tblGrid>
      <w:tr>
        <w:tc>
          <w:tcPr>
            <w:tcW w:type="dxa" w:w="1700"/>
            <w:tcBorders>
              <w:bottom w:val="single" w:sz="4" w:space="0" w:color="D9D9D9"/>
            </w:tcBorders>
            <w:shd w:val="clear" w:color="auto" w:fill="F2F2F2"/>
            <w:tcMar>
              <w:top w:w="40" w:type="dxa"/>
              <w:left w:w="85" w:type="dxa"/>
              <w:bottom w:w="40" w:type="dxa"/>
              <w:right w:w="85" w:type="dxa"/>
            </w:tcMar>
          </w:tcPr>
          <w:p>
            <w:pPr>
              <w:spacing w:before="0" w:after="0"/>
            </w:pPr>
            <w:r>
              <w:rPr>
                <w:b/>
              </w:rPr>
              <w:t>Inspection Date</w:t>
            </w:r>
          </w:p>
        </w:tc>
        <w:tc>
          <w:tcPr>
            <w:tcW w:type="dxa" w:w="2836"/>
            <w:tcBorders>
              <w:bottom w:val="single" w:sz="4" w:space="0" w:color="D9D9D9"/>
            </w:tcBorders>
            <w:tcMar>
              <w:top w:w="40" w:type="dxa"/>
              <w:left w:w="85" w:type="dxa"/>
              <w:bottom w:w="40" w:type="dxa"/>
              <w:right w:w="85" w:type="dxa"/>
            </w:tcMar>
          </w:tcPr>
          <w:p>
            <w:pPr>
              <w:spacing w:before="0" w:after="0"/>
            </w:pPr>
            <w:r>
              <w:rPr>
                <w:b w:val="0"/>
              </w:rPr>
              <w:t>{{Item.Inspection Date}}</w:t>
            </w:r>
          </w:p>
        </w:tc>
        <w:tc>
          <w:tcPr>
            <w:tcW w:type="dxa" w:w="1700"/>
            <w:tcBorders>
              <w:bottom w:val="single" w:sz="4" w:space="0" w:color="D9D9D9"/>
            </w:tcBorders>
            <w:shd w:val="clear" w:color="auto" w:fill="F2F2F2"/>
            <w:tcMar>
              <w:top w:w="40" w:type="dxa"/>
              <w:left w:w="85" w:type="dxa"/>
              <w:bottom w:w="40" w:type="dxa"/>
              <w:right w:w="85" w:type="dxa"/>
            </w:tcMar>
          </w:tcPr>
          <w:p>
            <w:pPr>
              <w:spacing w:before="0" w:after="0"/>
            </w:pPr>
            <w:r>
              <w:rPr>
                <w:b/>
              </w:rPr>
              <w:t>Inspection Type</w:t>
            </w:r>
          </w:p>
        </w:tc>
        <w:tc>
          <w:tcPr>
            <w:tcW w:type="dxa" w:w="2836"/>
            <w:tcBorders>
              <w:bottom w:val="single" w:sz="4" w:space="0" w:color="D9D9D9"/>
            </w:tcBorders>
            <w:tcMar>
              <w:top w:w="40" w:type="dxa"/>
              <w:left w:w="85" w:type="dxa"/>
              <w:bottom w:w="40" w:type="dxa"/>
              <w:right w:w="85" w:type="dxa"/>
            </w:tcMar>
          </w:tcPr>
          <w:p>
            <w:pPr>
              <w:spacing w:before="0" w:after="0"/>
            </w:pPr>
            <w:r>
              <w:rPr>
                <w:b w:val="0"/>
              </w:rPr>
              <w:t>{{Item.Inspection Type}}</w:t>
            </w:r>
          </w:p>
        </w:tc>
      </w:tr>
      <w:tr>
        <w:tc>
          <w:tcPr>
            <w:tcW w:type="dxa" w:w="1700"/>
            <w:tcBorders>
              <w:bottom w:val="single" w:sz="4" w:space="0" w:color="D9D9D9"/>
            </w:tcBorders>
            <w:shd w:val="clear" w:color="auto" w:fill="F2F2F2"/>
            <w:tcMar>
              <w:top w:w="40" w:type="dxa"/>
              <w:left w:w="85" w:type="dxa"/>
              <w:bottom w:w="40" w:type="dxa"/>
              <w:right w:w="85" w:type="dxa"/>
            </w:tcMar>
          </w:tcPr>
          <w:p>
            <w:pPr>
              <w:spacing w:before="0" w:after="0"/>
            </w:pPr>
            <w:r>
              <w:rPr>
                <w:b/>
              </w:rPr>
              <w:t>Technician</w:t>
            </w:r>
          </w:p>
        </w:tc>
        <w:tc>
          <w:tcPr>
            <w:tcW w:type="dxa" w:w="2836"/>
            <w:tcBorders>
              <w:bottom w:val="single" w:sz="4" w:space="0" w:color="D9D9D9"/>
            </w:tcBorders>
            <w:tcMar>
              <w:top w:w="40" w:type="dxa"/>
              <w:left w:w="85" w:type="dxa"/>
              <w:bottom w:w="40" w:type="dxa"/>
              <w:right w:w="85" w:type="dxa"/>
            </w:tcMar>
          </w:tcPr>
          <w:p>
            <w:pPr>
              <w:spacing w:before="0" w:after="0"/>
            </w:pPr>
            <w:r>
              <w:rPr>
                <w:b w:val="0"/>
              </w:rPr>
              <w:t>{{Item.Technician}}</w:t>
            </w:r>
          </w:p>
        </w:tc>
        <w:tc>
          <w:tcPr>
            <w:tcW w:type="dxa" w:w="1700"/>
            <w:tcBorders>
              <w:bottom w:val="single" w:sz="4" w:space="0" w:color="D9D9D9"/>
            </w:tcBorders>
            <w:shd w:val="clear" w:color="auto" w:fill="F2F2F2"/>
            <w:tcMar>
              <w:top w:w="40" w:type="dxa"/>
              <w:left w:w="85" w:type="dxa"/>
              <w:bottom w:w="40" w:type="dxa"/>
              <w:right w:w="85" w:type="dxa"/>
            </w:tcMar>
          </w:tcPr>
          <w:p>
            <w:pPr>
              <w:spacing w:before="0" w:after="0"/>
            </w:pPr>
            <w:r>
              <w:rPr>
                <w:b/>
              </w:rPr>
              <w:t>Job / Ticket No.</w:t>
            </w:r>
          </w:p>
        </w:tc>
        <w:tc>
          <w:tcPr>
            <w:tcW w:type="dxa" w:w="2836"/>
            <w:tcBorders>
              <w:bottom w:val="single" w:sz="4" w:space="0" w:color="D9D9D9"/>
            </w:tcBorders>
            <w:tcMar>
              <w:top w:w="40" w:type="dxa"/>
              <w:left w:w="85" w:type="dxa"/>
              <w:bottom w:w="40" w:type="dxa"/>
              <w:right w:w="85" w:type="dxa"/>
            </w:tcMar>
          </w:tcPr>
          <w:p>
            <w:pPr>
              <w:spacing w:before="0" w:after="0"/>
            </w:pPr>
            <w:r>
              <w:rPr>
                <w:b w:val="0"/>
              </w:rPr>
              <w:t>{{Item.Job Number}}</w:t>
            </w:r>
          </w:p>
        </w:tc>
      </w:tr>
      <w:tr>
        <w:tc>
          <w:tcPr>
            <w:tcW w:type="dxa" w:w="1700"/>
            <w:tcBorders>
              <w:bottom w:val="single" w:sz="4" w:space="0" w:color="D9D9D9"/>
            </w:tcBorders>
            <w:shd w:val="clear" w:color="auto" w:fill="F2F2F2"/>
            <w:tcMar>
              <w:top w:w="40" w:type="dxa"/>
              <w:left w:w="85" w:type="dxa"/>
              <w:bottom w:w="40" w:type="dxa"/>
              <w:right w:w="85" w:type="dxa"/>
            </w:tcMar>
          </w:tcPr>
          <w:p>
            <w:pPr>
              <w:spacing w:before="0" w:after="0"/>
            </w:pPr>
            <w:r>
              <w:rPr>
                <w:b/>
              </w:rPr>
              <w:t>Time on Site</w:t>
            </w:r>
          </w:p>
        </w:tc>
        <w:tc>
          <w:tcPr>
            <w:tcW w:type="dxa" w:w="2836"/>
            <w:tcBorders>
              <w:bottom w:val="single" w:sz="4" w:space="0" w:color="D9D9D9"/>
            </w:tcBorders>
            <w:tcMar>
              <w:top w:w="40" w:type="dxa"/>
              <w:left w:w="85" w:type="dxa"/>
              <w:bottom w:w="40" w:type="dxa"/>
              <w:right w:w="85" w:type="dxa"/>
            </w:tcMar>
          </w:tcPr>
          <w:p>
            <w:pPr>
              <w:spacing w:before="0" w:after="0"/>
            </w:pPr>
            <w:r>
              <w:rPr>
                <w:b w:val="0"/>
              </w:rPr>
              <w:t>{{Item.Time On Site}}</w:t>
            </w:r>
          </w:p>
        </w:tc>
        <w:tc>
          <w:tcPr>
            <w:tcW w:type="dxa" w:w="1700"/>
            <w:tcBorders>
              <w:bottom w:val="single" w:sz="4" w:space="0" w:color="D9D9D9"/>
            </w:tcBorders>
            <w:shd w:val="clear" w:color="auto" w:fill="F2F2F2"/>
            <w:tcMar>
              <w:top w:w="40" w:type="dxa"/>
              <w:left w:w="85" w:type="dxa"/>
              <w:bottom w:w="40" w:type="dxa"/>
              <w:right w:w="85" w:type="dxa"/>
            </w:tcMar>
          </w:tcPr>
          <w:p>
            <w:pPr>
              <w:spacing w:before="0" w:after="0"/>
            </w:pPr>
            <w:r>
              <w:rPr>
                <w:b/>
              </w:rPr>
              <w:t>Result</w:t>
            </w:r>
          </w:p>
        </w:tc>
        <w:tc>
          <w:tcPr>
            <w:tcW w:type="dxa" w:w="2836"/>
            <w:tcBorders>
              <w:bottom w:val="single" w:sz="4" w:space="0" w:color="D9D9D9"/>
            </w:tcBorders>
            <w:tcMar>
              <w:top w:w="40" w:type="dxa"/>
              <w:left w:w="85" w:type="dxa"/>
              <w:bottom w:w="40" w:type="dxa"/>
              <w:right w:w="85" w:type="dxa"/>
            </w:tcMar>
          </w:tcPr>
          <w:p>
            <w:pPr>
              <w:spacing w:before="0" w:after="0"/>
            </w:pPr>
            <w:r>
              <w:rPr>
                <w:b w:val="0"/>
              </w:rPr>
              <w:t>{{Item.Result}}</w:t>
            </w:r>
          </w:p>
        </w:tc>
      </w:tr>
    </w:tbl>
    <w:p>
      <w:pPr>
        <w:spacing w:before="200" w:after="0"/>
      </w:pPr>
      <w:r>
        <w:rPr>
          <w:b/>
        </w:rPr>
        <w:t>Scope:</w:t>
      </w:r>
      <w:r>
        <w:rPr>
          <w:b w:val="0"/>
        </w:rPr>
        <w:t xml:space="preserve"> {{Item.Summary}}</w:t>
      </w:r>
    </w:p>
    <w:p>
      <w:pPr>
        <w:spacing w:before="240" w:after="80"/>
      </w:pPr>
      <w:r>
        <w:rPr>
          <w:b/>
          <w:sz w:val="22"/>
        </w:rPr>
        <w:t>Checklist</w:t>
      </w:r>
    </w:p>
    <w:p>
      <w:pPr>
        <w:spacing w:before="0" w:after="0" w:line="40" w:lineRule="exact"/>
      </w:pPr>
    </w:p>
    <w:tbl>
      <w:tblPr>
        <w:tblW w:w="907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250"/>
        <w:gridCol w:w="3400"/>
        <w:gridCol w:w="1300"/>
        <w:gridCol w:w="3122"/>
      </w:tblGrid>
      <w:tr>
        <w:trPr>
          <w:tblHeader/>
        </w:trPr>
        <w:tc>
          <w:tcPr>
            <w:tcW w:type="dxa" w:w="1250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tcMar>
              <w:top w:w="60" w:type="dxa"/>
              <w:left w:w="85" w:type="dxa"/>
              <w:bottom w:w="60" w:type="dxa"/>
              <w:right w:w="85" w:type="dxa"/>
            </w:tcMar>
          </w:tcPr>
          <w:p>
            <w:pPr>
              <w:spacing w:before="0" w:after="0"/>
            </w:pPr>
            <w:r>
              <w:rPr>
                <w:b/>
              </w:rPr>
              <w:t>No.</w:t>
            </w:r>
          </w:p>
        </w:tc>
        <w:tc>
          <w:tcPr>
            <w:tcW w:type="dxa" w:w="3400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tcMar>
              <w:top w:w="60" w:type="dxa"/>
              <w:left w:w="85" w:type="dxa"/>
              <w:bottom w:w="60" w:type="dxa"/>
              <w:right w:w="85" w:type="dxa"/>
            </w:tcMar>
          </w:tcPr>
          <w:p>
            <w:pPr>
              <w:spacing w:before="0" w:after="0"/>
            </w:pPr>
            <w:r>
              <w:rPr>
                <w:b/>
              </w:rPr>
              <w:t>Check point</w:t>
            </w:r>
          </w:p>
        </w:tc>
        <w:tc>
          <w:tcPr>
            <w:tcW w:type="dxa" w:w="1300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tcMar>
              <w:top w:w="60" w:type="dxa"/>
              <w:left w:w="85" w:type="dxa"/>
              <w:bottom w:w="60" w:type="dxa"/>
              <w:right w:w="85" w:type="dxa"/>
            </w:tcMar>
          </w:tcPr>
          <w:p>
            <w:pPr>
              <w:spacing w:before="0" w:after="0"/>
            </w:pPr>
            <w:r>
              <w:rPr>
                <w:b/>
              </w:rPr>
              <w:t>Result</w:t>
            </w:r>
          </w:p>
        </w:tc>
        <w:tc>
          <w:tcPr>
            <w:tcW w:type="dxa" w:w="3122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tcMar>
              <w:top w:w="60" w:type="dxa"/>
              <w:left w:w="85" w:type="dxa"/>
              <w:bottom w:w="60" w:type="dxa"/>
              <w:right w:w="85" w:type="dxa"/>
            </w:tcMar>
          </w:tcPr>
          <w:p>
            <w:pPr>
              <w:spacing w:before="0" w:after="0"/>
            </w:pPr>
            <w:r>
              <w:rPr>
                <w:b/>
              </w:rPr>
              <w:t>Comment</w:t>
            </w:r>
          </w:p>
        </w:tc>
      </w:tr>
      <w:tr>
        <w:trPr>
          <w:cantSplit/>
        </w:trPr>
        <w:tc>
          <w:tcPr>
            <w:tcW w:type="dxa" w:w="1250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</w:tcPr>
          <w:p>
            <w:pPr>
              <w:spacing w:before="0" w:after="0"/>
            </w:pPr>
            <w:r>
              <w:rPr>
                <w:b w:val="0"/>
                <w:color w:val="767171"/>
              </w:rPr>
              <w:t>{{TableStart:SubItems}}</w:t>
            </w:r>
            <w:r>
              <w:rPr>
                <w:b w:val="0"/>
              </w:rPr>
              <w:t>{{Numbering}}</w:t>
            </w:r>
          </w:p>
        </w:tc>
        <w:tc>
          <w:tcPr>
            <w:tcW w:type="dxa" w:w="3400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tcMar>
              <w:top w:w="60" w:type="dxa"/>
              <w:left w:w="85" w:type="dxa"/>
              <w:bottom w:w="60" w:type="dxa"/>
              <w:right w:w="85" w:type="dxa"/>
            </w:tcMar>
          </w:tcPr>
          <w:p>
            <w:pPr>
              <w:spacing w:before="0" w:after="0"/>
            </w:pPr>
            <w:r>
              <w:rPr>
                <w:b/>
              </w:rPr>
              <w:t>{{Name}}</w:t>
            </w:r>
          </w:p>
        </w:tc>
        <w:tc>
          <w:tcPr>
            <w:tcW w:type="dxa" w:w="1300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</w:tcPr>
          <w:p>
            <w:pPr>
              <w:spacing w:before="0" w:after="0"/>
            </w:pPr>
            <w:r>
              <w:rPr>
                <w:b w:val="0"/>
              </w:rPr>
              <w:t>{{Result}}</w:t>
            </w:r>
          </w:p>
        </w:tc>
        <w:tc>
          <w:tcPr>
            <w:tcW w:type="dxa" w:w="3122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</w:tcPr>
          <w:p>
            <w:pPr>
              <w:spacing w:before="0" w:after="0"/>
            </w:pPr>
            <w:r>
              <w:rPr>
                <w:b w:val="0"/>
              </w:rPr>
              <w:t>{{Comment}}</w:t>
            </w:r>
            <w:r>
              <w:rPr>
                <w:b w:val="0"/>
                <w:color w:val="767171"/>
              </w:rPr>
              <w:t>{{TableEnd:SubItems}}</w:t>
            </w:r>
          </w:p>
        </w:tc>
      </w:tr>
    </w:tbl>
    <w:p>
      <w:pPr>
        <w:spacing w:before="240" w:after="80"/>
      </w:pPr>
      <w:r>
        <w:rPr>
          <w:b/>
          <w:sz w:val="22"/>
        </w:rPr>
        <w:t>Findings &amp; recommendations</w:t>
      </w:r>
    </w:p>
    <w:p>
      <w:pPr>
        <w:spacing w:before="0" w:after="0" w:line="40" w:lineRule="exact"/>
      </w:pPr>
    </w:p>
    <w:tbl>
      <w:tblPr>
        <w:tblW w:w="907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700"/>
        <w:gridCol w:w="6372"/>
      </w:tblGrid>
      <w:tr>
        <w:tc>
          <w:tcPr>
            <w:tcW w:type="dxa" w:w="2700"/>
            <w:tcBorders>
              <w:bottom w:val="single" w:sz="4" w:space="0" w:color="D9D9D9"/>
            </w:tcBorders>
            <w:shd w:val="clear" w:color="auto" w:fill="F2F2F2"/>
            <w:tcMar>
              <w:top w:w="40" w:type="dxa"/>
              <w:left w:w="85" w:type="dxa"/>
              <w:bottom w:w="40" w:type="dxa"/>
              <w:right w:w="85" w:type="dxa"/>
            </w:tcMar>
          </w:tcPr>
          <w:p>
            <w:pPr>
              <w:spacing w:before="0" w:after="0"/>
            </w:pPr>
            <w:r>
              <w:rPr>
                <w:b/>
              </w:rPr>
              <w:t>Findings / defects</w:t>
            </w:r>
          </w:p>
        </w:tc>
        <w:tc>
          <w:tcPr>
            <w:tcW w:type="dxa" w:w="6372"/>
            <w:tcBorders>
              <w:bottom w:val="single" w:sz="4" w:space="0" w:color="D9D9D9"/>
            </w:tcBorders>
            <w:tcMar>
              <w:top w:w="40" w:type="dxa"/>
              <w:left w:w="85" w:type="dxa"/>
              <w:bottom w:w="40" w:type="dxa"/>
              <w:right w:w="85" w:type="dxa"/>
            </w:tcMar>
          </w:tcPr>
          <w:p>
            <w:pPr>
              <w:spacing w:before="0" w:after="0"/>
            </w:pPr>
            <w:r>
              <w:rPr>
                <w:b w:val="0"/>
              </w:rPr>
              <w:t>{{Item.Findings}}</w:t>
            </w:r>
          </w:p>
        </w:tc>
      </w:tr>
      <w:tr>
        <w:tc>
          <w:tcPr>
            <w:tcW w:type="dxa" w:w="2700"/>
            <w:tcBorders>
              <w:bottom w:val="single" w:sz="4" w:space="0" w:color="D9D9D9"/>
            </w:tcBorders>
            <w:shd w:val="clear" w:color="auto" w:fill="F2F2F2"/>
            <w:tcMar>
              <w:top w:w="40" w:type="dxa"/>
              <w:left w:w="85" w:type="dxa"/>
              <w:bottom w:w="40" w:type="dxa"/>
              <w:right w:w="85" w:type="dxa"/>
            </w:tcMar>
          </w:tcPr>
          <w:p>
            <w:pPr>
              <w:spacing w:before="0" w:after="0"/>
            </w:pPr>
            <w:r>
              <w:rPr>
                <w:b/>
              </w:rPr>
              <w:t>Recommended actions</w:t>
            </w:r>
          </w:p>
        </w:tc>
        <w:tc>
          <w:tcPr>
            <w:tcW w:type="dxa" w:w="6372"/>
            <w:tcBorders>
              <w:bottom w:val="single" w:sz="4" w:space="0" w:color="D9D9D9"/>
            </w:tcBorders>
            <w:tcMar>
              <w:top w:w="40" w:type="dxa"/>
              <w:left w:w="85" w:type="dxa"/>
              <w:bottom w:w="40" w:type="dxa"/>
              <w:right w:w="85" w:type="dxa"/>
            </w:tcMar>
          </w:tcPr>
          <w:p>
            <w:pPr>
              <w:spacing w:before="0" w:after="0"/>
            </w:pPr>
            <w:r>
              <w:rPr>
                <w:b w:val="0"/>
              </w:rPr>
              <w:t>{{Item.Recommendations}}</w:t>
            </w:r>
          </w:p>
        </w:tc>
      </w:tr>
      <w:tr>
        <w:tc>
          <w:tcPr>
            <w:tcW w:type="dxa" w:w="2700"/>
            <w:tcBorders>
              <w:bottom w:val="single" w:sz="4" w:space="0" w:color="D9D9D9"/>
            </w:tcBorders>
            <w:shd w:val="clear" w:color="auto" w:fill="F2F2F2"/>
            <w:tcMar>
              <w:top w:w="40" w:type="dxa"/>
              <w:left w:w="85" w:type="dxa"/>
              <w:bottom w:w="40" w:type="dxa"/>
              <w:right w:w="85" w:type="dxa"/>
            </w:tcMar>
          </w:tcPr>
          <w:p>
            <w:pPr>
              <w:spacing w:before="0" w:after="0"/>
            </w:pPr>
            <w:r>
              <w:rPr>
                <w:b/>
              </w:rPr>
              <w:t>Follow-up required</w:t>
            </w:r>
          </w:p>
        </w:tc>
        <w:tc>
          <w:tcPr>
            <w:tcW w:type="dxa" w:w="6372"/>
            <w:tcBorders>
              <w:bottom w:val="single" w:sz="4" w:space="0" w:color="D9D9D9"/>
            </w:tcBorders>
            <w:tcMar>
              <w:top w:w="40" w:type="dxa"/>
              <w:left w:w="85" w:type="dxa"/>
              <w:bottom w:w="40" w:type="dxa"/>
              <w:right w:w="85" w:type="dxa"/>
            </w:tcMar>
          </w:tcPr>
          <w:p>
            <w:pPr>
              <w:spacing w:before="0" w:after="0"/>
            </w:pPr>
            <w:r>
              <w:rPr>
                <w:b w:val="0"/>
              </w:rPr>
              <w:t>{{Checkbox:Follow-up Required}} by {{Item.Follow-up Date}}</w:t>
            </w:r>
          </w:p>
        </w:tc>
      </w:tr>
    </w:tbl>
    <w:p>
      <w:pPr>
        <w:spacing w:before="240" w:after="80"/>
      </w:pPr>
      <w:r>
        <w:rPr>
          <w:b/>
          <w:sz w:val="22"/>
        </w:rPr>
        <w:t>Photos</w:t>
      </w:r>
    </w:p>
    <w:p>
      <w:pPr>
        <w:spacing w:before="0" w:after="0"/>
      </w:pPr>
      <w:r>
        <w:rPr>
          <w:b w:val="0"/>
        </w:rPr>
        <w:t>{{Images(120;0):Item.Photos}}</w:t>
      </w:r>
    </w:p>
    <w:p>
      <w:pPr>
        <w:spacing w:before="80" w:after="0" w:line="40" w:lineRule="exact"/>
      </w:pPr>
    </w:p>
    <w:tbl>
      <w:tblPr>
        <w:tblW w:w="88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000"/>
        <w:gridCol w:w="800"/>
        <w:gridCol w:w="4000"/>
      </w:tblGrid>
      <w:tr>
        <w:trPr>
          <w:cantSplit/>
          <w:trHeight w:val="600" w:hRule="atLeast"/>
        </w:trPr>
        <w:tc>
          <w:tcPr>
            <w:tcW w:type="dxa" w:w="4000"/>
            <w:tcMar>
              <w:top w:w="0" w:type="dxa"/>
              <w:left w:w="0" w:type="dxa"/>
              <w:bottom w:w="30" w:type="dxa"/>
              <w:right w:w="0" w:type="dxa"/>
            </w:tcMar>
            <w:vAlign w:val="bottom"/>
          </w:tcPr>
          <w:p>
            <w:pPr>
              <w:keepNext/>
              <w:spacing w:before="0" w:after="0" w:line="240" w:lineRule="auto"/>
            </w:pPr>
            <w:r>
              <w:rPr>
                <w:b w:val="0"/>
                <w:sz w:val="32"/>
              </w:rPr>
              <w:t>{{Signature:1}}</w:t>
            </w:r>
          </w:p>
        </w:tc>
        <w:tc>
          <w:tcPr>
            <w:tcW w:type="dxa" w:w="800"/>
          </w:tcPr>
          <w:p>
            <w:pPr>
              <w:keepNext/>
            </w:pPr>
          </w:p>
        </w:tc>
        <w:tc>
          <w:tcPr>
            <w:tcW w:type="dxa" w:w="4000"/>
            <w:tcMar>
              <w:top w:w="0" w:type="dxa"/>
              <w:left w:w="0" w:type="dxa"/>
              <w:bottom w:w="30" w:type="dxa"/>
              <w:right w:w="0" w:type="dxa"/>
            </w:tcMar>
            <w:vAlign w:val="bottom"/>
          </w:tcPr>
          <w:p>
            <w:pPr>
              <w:keepNext/>
              <w:spacing w:before="0" w:after="0" w:line="240" w:lineRule="auto"/>
            </w:pPr>
            <w:r>
              <w:rPr>
                <w:b w:val="0"/>
                <w:sz w:val="32"/>
              </w:rPr>
              <w:t>{{Signature:2}}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sz="4" w:space="0" w:color="auto"/>
            </w:tcBorders>
            <w:tcMar>
              <w:top w:w="3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</w:pPr>
            <w:r>
              <w:rPr>
                <w:b w:val="0"/>
              </w:rPr>
              <w:t>Technician: {{SignatureName:1}}, {{SignatureDate:1}}</w:t>
            </w:r>
          </w:p>
        </w:tc>
        <w:tc>
          <w:tcPr>
            <w:tcW w:type="dxa" w:w="800"/>
          </w:tcPr>
          <w:p/>
        </w:tc>
        <w:tc>
          <w:tcPr>
            <w:tcW w:type="dxa" w:w="4000"/>
            <w:tcBorders>
              <w:top w:val="single" w:sz="4" w:space="0" w:color="auto"/>
            </w:tcBorders>
            <w:tcMar>
              <w:top w:w="3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</w:pPr>
            <w:r>
              <w:rPr>
                <w:b w:val="0"/>
              </w:rPr>
              <w:t>Customer: {{SignatureName:2}}, {{SignatureDate:2}}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644" w:right="1417" w:bottom="1928" w:left="141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w="9493" w:type="dxa"/>
      <w:tblInd w:w="-142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firstColumn="1" w:firstRow="1" w:lastColumn="0" w:lastRow="0" w:noHBand="0" w:noVBand="1" w:val="04A0"/>
    </w:tblPr>
    <w:tblGrid>
      <w:gridCol w:w="1843"/>
      <w:gridCol w:w="2405"/>
      <w:gridCol w:w="2552"/>
      <w:gridCol w:w="2693"/>
    </w:tblGrid>
    <w:tr>
      <w:tc>
        <w:tcPr>
          <w:tcW w:type="dxa" w:w="1843"/>
        </w:tcPr>
        <w:p>
          <w:pPr>
            <w:spacing w:before="0" w:after="0"/>
          </w:pPr>
          <w:r>
            <w:rPr>
              <w:b w:val="0"/>
              <w:sz w:val="16"/>
            </w:rPr>
            <w:t>[Your Company Name]</w:t>
          </w:r>
          <w:r>
            <w:br/>
          </w:r>
          <w:r>
            <w:rPr>
              <w:b w:val="0"/>
              <w:sz w:val="16"/>
            </w:rPr>
            <w:t>[Street]</w:t>
          </w:r>
          <w:r>
            <w:br/>
          </w:r>
          <w:r>
            <w:rPr>
              <w:b w:val="0"/>
              <w:sz w:val="16"/>
            </w:rPr>
            <w:t>[Postcode City]</w:t>
          </w:r>
          <w:r>
            <w:br/>
          </w:r>
          <w:r>
            <w:rPr>
              <w:b w:val="0"/>
              <w:sz w:val="16"/>
            </w:rPr>
            <w:t>[Country]</w:t>
          </w:r>
        </w:p>
      </w:tc>
      <w:tc>
        <w:tcPr>
          <w:tcW w:type="dxa" w:w="2405"/>
        </w:tcPr>
        <w:p>
          <w:pPr>
            <w:spacing w:before="0" w:after="0"/>
          </w:pPr>
          <w:r>
            <w:rPr>
              <w:b w:val="0"/>
              <w:sz w:val="16"/>
            </w:rPr>
            <w:t>Phone: [Phone]</w:t>
          </w:r>
          <w:r>
            <w:br/>
          </w:r>
          <w:r>
            <w:rPr>
              <w:b w:val="0"/>
              <w:sz w:val="16"/>
            </w:rPr>
            <w:t>Mail: [Email]</w:t>
          </w:r>
          <w:r>
            <w:br/>
          </w:r>
          <w:r>
            <w:rPr>
              <w:b w:val="0"/>
              <w:sz w:val="16"/>
            </w:rPr>
            <w:t>Web: [Website]</w:t>
          </w:r>
        </w:p>
      </w:tc>
      <w:tc>
        <w:tcPr>
          <w:tcW w:type="dxa" w:w="2552"/>
        </w:tcPr>
        <w:p>
          <w:pPr>
            <w:spacing w:before="0" w:after="0"/>
          </w:pPr>
          <w:r>
            <w:rPr>
              <w:b w:val="0"/>
              <w:sz w:val="16"/>
            </w:rPr>
            <w:t>Bank: [Bank name]</w:t>
          </w:r>
          <w:r>
            <w:br/>
          </w:r>
          <w:r>
            <w:rPr>
              <w:b w:val="0"/>
              <w:sz w:val="16"/>
            </w:rPr>
            <w:t>IBAN: [IBAN]</w:t>
          </w:r>
          <w:r>
            <w:br/>
          </w:r>
          <w:r>
            <w:rPr>
              <w:b w:val="0"/>
              <w:sz w:val="16"/>
            </w:rPr>
            <w:t>BIC: [BIC]</w:t>
          </w:r>
        </w:p>
      </w:tc>
      <w:tc>
        <w:tcPr>
          <w:tcW w:type="dxa" w:w="2693"/>
        </w:tcPr>
        <w:p>
          <w:pPr>
            <w:spacing w:before="0" w:after="0"/>
          </w:pPr>
          <w:r>
            <w:rPr>
              <w:b w:val="0"/>
              <w:sz w:val="16"/>
            </w:rPr>
            <w:t>Director: [Name]</w:t>
          </w:r>
          <w:r>
            <w:br/>
          </w:r>
          <w:r>
            <w:br/>
          </w:r>
          <w:r>
            <w:rPr>
              <w:b w:val="0"/>
              <w:sz w:val="16"/>
            </w:rPr>
            <w:t>VAT ID: [Number]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1918339" cy="403861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placeholde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18339" cy="403861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Rule="auto" w:line="276"/>
    </w:pPr>
    <w:rPr>
      <w:rFonts w:ascii="Calibri" w:hAnsi="Calibri" w:eastAsia="Calibri" w:cs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