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40"/>
        <w:jc w:val="center"/>
      </w:pPr>
      <w:r>
        <w:drawing>
          <wp:inline xmlns:a="http://schemas.openxmlformats.org/drawingml/2006/main" xmlns:pic="http://schemas.openxmlformats.org/drawingml/2006/picture">
            <wp:extent cx="1918339" cy="4038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8339" cy="4038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center"/>
      </w:pPr>
      <w:r>
        <w:rPr>
          <w:b/>
          <w:sz w:val="80"/>
        </w:rPr>
        <w:t>CERTIFICATE</w:t>
      </w:r>
    </w:p>
    <w:p>
      <w:pPr>
        <w:spacing w:before="0" w:after="600"/>
        <w:jc w:val="center"/>
      </w:pPr>
      <w:r>
        <w:rPr>
          <w:b w:val="0"/>
          <w:color w:val="767171"/>
          <w:sz w:val="26"/>
        </w:rPr>
        <w:t>OF COMPLETION</w:t>
      </w:r>
    </w:p>
    <w:p>
      <w:pPr>
        <w:spacing w:before="0" w:after="200"/>
        <w:jc w:val="center"/>
      </w:pPr>
      <w:r>
        <w:rPr>
          <w:b w:val="0"/>
          <w:sz w:val="24"/>
        </w:rPr>
        <w:t>This is to certify that</w:t>
      </w:r>
    </w:p>
    <w:p>
      <w:pPr>
        <w:spacing w:before="0" w:after="280"/>
        <w:ind w:left="3685" w:right="3685"/>
        <w:jc w:val="center"/>
        <w:pBdr>
          <w:bottom w:val="single" w:sz="4" w:space="6" w:color="7F7F7F"/>
        </w:pBdr>
      </w:pPr>
      <w:r>
        <w:rPr>
          <w:b/>
          <w:sz w:val="60"/>
        </w:rPr>
        <w:t>{{Item.Name}}</w:t>
      </w:r>
    </w:p>
    <w:p>
      <w:pPr>
        <w:spacing w:before="120" w:after="160"/>
        <w:jc w:val="center"/>
      </w:pPr>
      <w:r>
        <w:rPr>
          <w:b w:val="0"/>
          <w:sz w:val="24"/>
        </w:rPr>
        <w:t>has successfully completed</w:t>
      </w:r>
    </w:p>
    <w:p>
      <w:pPr>
        <w:spacing w:before="0" w:after="160"/>
        <w:jc w:val="center"/>
      </w:pPr>
      <w:r>
        <w:rPr>
          <w:b/>
          <w:sz w:val="36"/>
        </w:rPr>
        <w:t>{{Item.Course}}</w:t>
      </w:r>
    </w:p>
    <w:p>
      <w:pPr>
        <w:spacing w:before="0" w:after="0"/>
        <w:jc w:val="center"/>
      </w:pPr>
      <w:r>
        <w:rPr>
          <w:b w:val="0"/>
          <w:sz w:val="24"/>
        </w:rPr>
        <w:t>on {{Item.Completion Date}} · {{Item.Hours}} hours · Result: {{Item.Grade}}</w:t>
      </w:r>
    </w:p>
    <w:p>
      <w:pPr>
        <w:spacing w:before="440" w:after="0" w:line="40" w:lineRule="exact"/>
      </w:pPr>
    </w:p>
    <w:tbl>
      <w:tblPr>
        <w:tblW w:w="12000" w:type="dxa"/>
        <w:tblInd w:w="10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600"/>
        <w:gridCol w:w="900"/>
        <w:gridCol w:w="3000"/>
        <w:gridCol w:w="900"/>
        <w:gridCol w:w="3600"/>
      </w:tblGrid>
      <w:tr>
        <w:trPr>
          <w:cantSplit/>
          <w:trHeight w:val="1300" w:hRule="atLeast"/>
        </w:trPr>
        <w:tc>
          <w:tcPr>
            <w:tcW w:type="dxa" w:w="36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/>
              <w:jc w:val="center"/>
            </w:pPr>
          </w:p>
        </w:tc>
        <w:tc>
          <w:tcPr>
            <w:tcW w:type="dxa" w:w="900"/>
          </w:tcPr>
          <w:p>
            <w:pPr>
              <w:keepNext/>
            </w:pPr>
          </w:p>
        </w:tc>
        <w:tc>
          <w:tcPr>
            <w:tcW w:type="dxa" w:w="3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/>
              <w:jc w:val="center"/>
            </w:pPr>
            <w:r>
              <w:rPr>
                <w:b w:val="0"/>
              </w:rPr>
              <w:t>{{Image(80;0):QR.Verification Link}}</w:t>
            </w:r>
          </w:p>
        </w:tc>
        <w:tc>
          <w:tcPr>
            <w:tcW w:type="dxa" w:w="900"/>
          </w:tcPr>
          <w:p>
            <w:pPr>
              <w:keepNext/>
            </w:pPr>
          </w:p>
        </w:tc>
        <w:tc>
          <w:tcPr>
            <w:tcW w:type="dxa" w:w="36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/>
              <w:jc w:val="center"/>
            </w:pPr>
          </w:p>
        </w:tc>
      </w:tr>
      <w:tr>
        <w:trPr>
          <w:cantSplit/>
        </w:trPr>
        <w:tc>
          <w:tcPr>
            <w:tcW w:type="dxa" w:w="36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b w:val="0"/>
              </w:rPr>
              <w:t>{{Item.Instructor}}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67171"/>
                <w:sz w:val="16"/>
              </w:rPr>
              <w:t>Instructor</w:t>
            </w:r>
          </w:p>
        </w:tc>
        <w:tc>
          <w:tcPr>
            <w:tcW w:type="dxa" w:w="900"/>
          </w:tcPr>
          <w:p/>
        </w:tc>
        <w:tc>
          <w:tcPr>
            <w:tcW w:type="dxa" w:w="3000"/>
            <w:tcMar>
              <w:top w:w="3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b w:val="0"/>
                <w:sz w:val="16"/>
              </w:rPr>
              <w:t>Certificate ID {{Item.Certificate ID}}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67171"/>
                <w:sz w:val="16"/>
              </w:rPr>
              <w:t>Scan to verify</w:t>
            </w:r>
          </w:p>
        </w:tc>
        <w:tc>
          <w:tcPr>
            <w:tcW w:type="dxa" w:w="900"/>
          </w:tcPr>
          <w:p/>
        </w:tc>
        <w:tc>
          <w:tcPr>
            <w:tcW w:type="dxa" w:w="36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b w:val="0"/>
              </w:rPr>
              <w:t>[Issuer Name]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767171"/>
                <w:sz w:val="16"/>
              </w:rPr>
              <w:t>[Issuer Title], [Your Company Name]</w:t>
            </w:r>
          </w:p>
        </w:tc>
      </w:tr>
    </w:tbl>
    <w:sectPr w:rsidR="00FC693F" w:rsidRPr="0006063C" w:rsidSect="00034616">
      <w:footerReference w:type="default" r:id="rId10"/>
      <w:headerReference w:type="default" r:id="rId11"/>
      <w:pgSz w:w="16838" w:h="11906" w:orient="landscape"/>
      <w:pgMar w:top="1134" w:right="1417" w:bottom="1134" w:left="1417" w:header="567" w:footer="567" w:gutter="0"/>
      <w:cols w:space="720"/>
      <w:docGrid w:linePitch="360"/>
      <w:pgBorders w:offsetFrom="page">
        <w:top w:val="single" w:sz="6" w:space="24" w:color="7F7F7F"/>
        <w:left w:val="single" w:sz="6" w:space="24" w:color="7F7F7F"/>
        <w:bottom w:val="single" w:sz="6" w:space="24" w:color="7F7F7F"/>
        <w:right w:val="single" w:sz="6" w:space="24" w:color="7F7F7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auto" w:line="276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