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0"/>
      </w:pPr>
      <w:r>
        <w:rPr>
          <w:b w:val="0"/>
          <w:sz w:val="16"/>
        </w:rPr>
        <w:t>[Your Company Name] | [Street] | [Postcode City] | [Country]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472"/>
        <w:gridCol w:w="5600"/>
      </w:tblGrid>
      <w:tr>
        <w:tc>
          <w:tcPr>
            <w:tcW w:type="dxa" w:w="347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</w:pPr>
            <w:r>
              <w:rPr>
                <w:b/>
                <w:sz w:val="40"/>
              </w:rPr>
              <w:t>Work Order</w:t>
            </w:r>
          </w:p>
        </w:tc>
        <w:tc>
          <w:tcPr>
            <w:tcW w:type="dxa" w:w="5600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jc w:val="right"/>
            </w:pPr>
            <w:r>
              <w:rPr>
                <w:b w:val="0"/>
                <w:color w:val="767171"/>
                <w:sz w:val="18"/>
              </w:rPr>
              <w:t>Work Order No.</w:t>
            </w:r>
          </w:p>
          <w:p>
            <w:pPr>
              <w:spacing w:before="0" w:after="0"/>
              <w:jc w:val="right"/>
            </w:pPr>
            <w:r>
              <w:rPr>
                <w:b/>
                <w:sz w:val="36"/>
              </w:rPr>
              <w:t>{{Item.Work Order Number}}</w:t>
            </w:r>
          </w:p>
        </w:tc>
      </w:tr>
    </w:tbl>
    <w:p>
      <w:pPr>
        <w:spacing w:before="20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0" w:type="dxa"/>
              <w:bottom w:w="1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  <w:sz w:val="24"/>
              </w:rPr>
              <w:t>Customer</w:t>
            </w:r>
          </w:p>
          <w:p>
            <w:pPr>
              <w:spacing w:before="80" w:after="0"/>
            </w:pPr>
            <w:r>
              <w:rPr>
                <w:b/>
              </w:rPr>
              <w:t>{{Item.Customer Contact}}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Street}}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Zip Code and City}}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Phone}}</w:t>
            </w:r>
          </w:p>
          <w:p>
            <w:pPr>
              <w:spacing w:before="20" w:after="0"/>
            </w:pPr>
            <w:r>
              <w:rPr>
                <w:b w:val="0"/>
              </w:rPr>
              <w:t>{{Item.Customer Email}}</w:t>
            </w:r>
          </w:p>
        </w:tc>
        <w:tc>
          <w:tcPr>
            <w:tcW w:type="dxa" w:w="4536"/>
            <w:tcBorders>
              <w:top w:val="single" w:sz="4" w:space="0" w:color="BFBFBF"/>
              <w:bottom w:val="single" w:sz="4" w:space="0" w:color="BFBFBF"/>
            </w:tcBorders>
            <w:tcMar>
              <w:top w:w="140" w:type="dxa"/>
              <w:left w:w="170" w:type="dxa"/>
              <w:bottom w:w="1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  <w:sz w:val="24"/>
              </w:rPr>
              <w:t>Site &amp; asset</w:t>
            </w:r>
          </w:p>
          <w:p>
            <w:pPr>
              <w:spacing w:before="80" w:after="0"/>
            </w:pPr>
            <w:r>
              <w:rPr>
                <w:b/>
              </w:rPr>
              <w:t>{{Item.Site Name}}</w:t>
            </w:r>
          </w:p>
          <w:p>
            <w:pPr>
              <w:spacing w:before="20" w:after="0"/>
            </w:pPr>
            <w:r>
              <w:rPr>
                <w:b w:val="0"/>
              </w:rPr>
              <w:t>{{Item.Site Street}}</w:t>
            </w:r>
          </w:p>
          <w:p>
            <w:pPr>
              <w:spacing w:before="20" w:after="0"/>
            </w:pPr>
            <w:r>
              <w:rPr>
                <w:b w:val="0"/>
              </w:rPr>
              <w:t>{{Item.Site Zip Code and City}}</w:t>
            </w:r>
          </w:p>
          <w:p>
            <w:pPr>
              <w:spacing w:before="20" w:after="0"/>
            </w:pPr>
            <w:r>
              <w:rPr>
                <w:b w:val="0"/>
              </w:rPr>
              <w:t>On-site contact: {{Item.Site Contact}}</w:t>
            </w:r>
          </w:p>
          <w:p>
            <w:pPr>
              <w:spacing w:before="20" w:after="0"/>
            </w:pPr>
            <w:r>
              <w:rPr>
                <w:b w:val="0"/>
              </w:rPr>
              <w:t>Asset: {{Item.Asset}}</w:t>
            </w:r>
          </w:p>
          <w:p>
            <w:pPr>
              <w:spacing w:before="20" w:after="0"/>
            </w:pPr>
            <w:r>
              <w:rPr>
                <w:b w:val="0"/>
              </w:rPr>
              <w:t>Serial no.: {{Item.Serial Number}}</w:t>
            </w:r>
          </w:p>
        </w:tc>
      </w:tr>
    </w:tbl>
    <w:p>
      <w:pPr>
        <w:spacing w:before="20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0"/>
        <w:gridCol w:w="2836"/>
        <w:gridCol w:w="1700"/>
        <w:gridCol w:w="2836"/>
      </w:tblGrid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Date Issued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{{Item.Date Issued}}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Priority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{{Item.Priority}}</w:t>
            </w:r>
          </w:p>
        </w:tc>
      </w:tr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Assigned To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{{Item.Assigned To}}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Scheduled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{{Item.Scheduled Date}}</w:t>
            </w:r>
          </w:p>
        </w:tc>
      </w:tr>
      <w:tr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Status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{{Item.Status}}</w:t>
            </w:r>
          </w:p>
        </w:tc>
        <w:tc>
          <w:tcPr>
            <w:tcW w:type="dxa" w:w="1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Completed On</w:t>
            </w:r>
          </w:p>
        </w:tc>
        <w:tc>
          <w:tcPr>
            <w:tcW w:type="dxa" w:w="2836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{{Item.Completed Date}}</w:t>
            </w:r>
          </w:p>
        </w:tc>
      </w:tr>
    </w:tbl>
    <w:p>
      <w:pPr>
        <w:spacing w:before="20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700"/>
        <w:gridCol w:w="4672"/>
        <w:gridCol w:w="1700"/>
      </w:tblGrid>
      <w:tr>
        <w:tc>
          <w:tcPr>
            <w:tcW w:type="dxa" w:w="2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Work requested</w:t>
            </w:r>
          </w:p>
        </w:tc>
        <w:tc>
          <w:tcPr>
            <w:tcW w:type="dxa" w:w="4672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{{Item.Work Description}}</w:t>
            </w:r>
          </w:p>
        </w:tc>
        <w:tc>
          <w:tcPr>
            <w:tcW w:type="dxa" w:w="1700"/>
            <w:vMerge w:val="restart"/>
            <w:tcMar>
              <w:top w:w="40" w:type="dxa"/>
              <w:left w:w="170" w:type="dxa"/>
              <w:bottom w:w="40" w:type="dxa"/>
              <w:right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b w:val="0"/>
                <w:sz w:val="16"/>
              </w:rPr>
              <w:t>{{Image(70;0):QR.ItemUrl}}</w:t>
            </w:r>
            <w:r>
              <w:br/>
            </w:r>
            <w:r>
              <w:rPr>
                <w:b w:val="0"/>
                <w:sz w:val="16"/>
              </w:rPr>
              <w:t>Scan to open job</w:t>
            </w:r>
          </w:p>
        </w:tc>
      </w:tr>
      <w:tr>
        <w:tc>
          <w:tcPr>
            <w:tcW w:type="dxa" w:w="2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Access &amp; safety</w:t>
            </w:r>
          </w:p>
        </w:tc>
        <w:tc>
          <w:tcPr>
            <w:tcW w:type="dxa" w:w="4672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{{Item.Access Notes}}</w:t>
            </w:r>
          </w:p>
        </w:tc>
        <w:tc>
          <w:tcPr>
            <w:tcW w:type="dxa" w:w="1700"/>
            <w:vMerge/>
          </w:tcPr>
          <w:p/>
        </w:tc>
      </w:tr>
      <w:tr>
        <w:tc>
          <w:tcPr>
            <w:tcW w:type="dxa" w:w="2700"/>
            <w:tcBorders>
              <w:bottom w:val="single" w:sz="4" w:space="0" w:color="D9D9D9"/>
            </w:tcBorders>
            <w:shd w:val="clear" w:color="auto" w:fill="F2F2F2"/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Work performed</w:t>
            </w:r>
          </w:p>
        </w:tc>
        <w:tc>
          <w:tcPr>
            <w:tcW w:type="dxa" w:w="4672"/>
            <w:tcBorders>
              <w:bottom w:val="single" w:sz="4" w:space="0" w:color="D9D9D9"/>
            </w:tcBorders>
            <w:tcMar>
              <w:top w:w="40" w:type="dxa"/>
              <w:left w:w="85" w:type="dxa"/>
              <w:bottom w:w="4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{{Item.Completion Notes}}</w:t>
            </w:r>
          </w:p>
        </w:tc>
        <w:tc>
          <w:tcPr>
            <w:tcW w:type="dxa" w:w="1700"/>
            <w:vMerge/>
          </w:tcPr>
          <w:p/>
        </w:tc>
      </w:tr>
    </w:tbl>
    <w:p>
      <w:pPr>
        <w:spacing w:before="240" w:after="80"/>
      </w:pPr>
      <w:r>
        <w:rPr>
          <w:b/>
          <w:sz w:val="22"/>
        </w:rPr>
        <w:t>Labour &amp; materials</w:t>
      </w:r>
    </w:p>
    <w:p>
      <w:pPr>
        <w:spacing w:before="0" w:after="0" w:line="40" w:lineRule="exact"/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250"/>
        <w:gridCol w:w="1150"/>
        <w:gridCol w:w="2750"/>
        <w:gridCol w:w="950"/>
        <w:gridCol w:w="700"/>
        <w:gridCol w:w="1100"/>
        <w:gridCol w:w="1172"/>
      </w:tblGrid>
      <w:tr>
        <w:trPr>
          <w:tblHeader/>
        </w:trPr>
        <w:tc>
          <w:tcPr>
            <w:tcW w:type="dxa" w:w="12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Pos.</w:t>
            </w:r>
          </w:p>
        </w:tc>
        <w:tc>
          <w:tcPr>
            <w:tcW w:type="dxa" w:w="11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Type</w:t>
            </w:r>
          </w:p>
        </w:tc>
        <w:tc>
          <w:tcPr>
            <w:tcW w:type="dxa" w:w="27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Description</w:t>
            </w:r>
          </w:p>
        </w:tc>
        <w:tc>
          <w:tcPr>
            <w:tcW w:type="dxa" w:w="9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Quantity</w:t>
            </w:r>
          </w:p>
        </w:tc>
        <w:tc>
          <w:tcPr>
            <w:tcW w:type="dxa" w:w="70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Unit</w:t>
            </w:r>
          </w:p>
        </w:tc>
        <w:tc>
          <w:tcPr>
            <w:tcW w:type="dxa" w:w="110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Unit Price</w:t>
            </w:r>
          </w:p>
        </w:tc>
        <w:tc>
          <w:tcPr>
            <w:tcW w:type="dxa" w:w="117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Amount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  <w:color w:val="767171"/>
              </w:rPr>
              <w:t>{{TableStart:SubItems}}</w:t>
            </w:r>
            <w:r>
              <w:rPr>
                <w:b w:val="0"/>
              </w:rPr>
              <w:t>{{Numbering}}</w:t>
            </w:r>
          </w:p>
        </w:tc>
        <w:tc>
          <w:tcPr>
            <w:tcW w:type="dxa" w:w="11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{{Type}}</w:t>
            </w:r>
          </w:p>
        </w:tc>
        <w:tc>
          <w:tcPr>
            <w:tcW w:type="dxa" w:w="2750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{{Name}}</w:t>
            </w:r>
          </w:p>
        </w:tc>
        <w:tc>
          <w:tcPr>
            <w:tcW w:type="dxa" w:w="95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</w:rPr>
              <w:t>{{Quantity}}</w:t>
            </w:r>
          </w:p>
        </w:tc>
        <w:tc>
          <w:tcPr>
            <w:tcW w:type="dxa" w:w="70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{{Unit}}</w:t>
            </w:r>
          </w:p>
        </w:tc>
        <w:tc>
          <w:tcPr>
            <w:tcW w:type="dxa" w:w="1100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</w:rPr>
              <w:t>{{Unit Price}}</w:t>
            </w:r>
          </w:p>
        </w:tc>
        <w:tc>
          <w:tcPr>
            <w:tcW w:type="dxa" w:w="1172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85" w:type="dxa"/>
              <w:bottom w:w="6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</w:rPr>
              <w:t>{{Amount}}</w:t>
            </w:r>
            <w:r>
              <w:rPr>
                <w:b w:val="0"/>
                <w:color w:val="767171"/>
              </w:rPr>
              <w:t>{{TableEnd:SubItems}}</w:t>
            </w:r>
          </w:p>
        </w:tc>
      </w:tr>
    </w:tbl>
    <w:p>
      <w:pPr>
        <w:spacing w:before="0" w:after="0" w:line="40" w:lineRule="exact"/>
      </w:pPr>
    </w:p>
    <w:tbl>
      <w:tblPr>
        <w:tblW w:w="5100" w:type="dxa"/>
        <w:tblInd w:w="39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800"/>
        <w:gridCol w:w="2300"/>
      </w:tblGrid>
      <w:tr>
        <w:tc>
          <w:tcPr>
            <w:tcW w:type="dxa" w:w="28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Subtotal</w:t>
            </w:r>
          </w:p>
        </w:tc>
        <w:tc>
          <w:tcPr>
            <w:tcW w:type="dxa" w:w="23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{{Item.Subtotal}}</w:t>
            </w:r>
          </w:p>
        </w:tc>
      </w:tr>
      <w:tr>
        <w:tc>
          <w:tcPr>
            <w:tcW w:type="dxa" w:w="28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</w:pPr>
            <w:r>
              <w:rPr>
                <w:b w:val="0"/>
              </w:rPr>
              <w:t>Tax</w:t>
            </w:r>
          </w:p>
        </w:tc>
        <w:tc>
          <w:tcPr>
            <w:tcW w:type="dxa" w:w="2300"/>
            <w:tcBorders>
              <w:bottom w:val="single" w:sz="4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{{Item.Tax}}</w:t>
            </w:r>
          </w:p>
        </w:tc>
      </w:tr>
      <w:tr>
        <w:tc>
          <w:tcPr>
            <w:tcW w:type="dxa" w:w="2800"/>
            <w:tcBorders>
              <w:bottom w:val="double" w:sz="6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</w:pPr>
            <w:r>
              <w:rPr>
                <w:b/>
              </w:rPr>
              <w:t>Total</w:t>
            </w:r>
          </w:p>
        </w:tc>
        <w:tc>
          <w:tcPr>
            <w:tcW w:type="dxa" w:w="2300"/>
            <w:tcBorders>
              <w:bottom w:val="double" w:sz="6" w:space="0" w:color="auto"/>
            </w:tcBorders>
            <w:tcMar>
              <w:top w:w="50" w:type="dxa"/>
              <w:left w:w="85" w:type="dxa"/>
              <w:bottom w:w="50" w:type="dxa"/>
              <w:right w:w="85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>{{Item.Total}}</w:t>
            </w:r>
          </w:p>
        </w:tc>
      </w:tr>
    </w:tbl>
    <w:p>
      <w:pPr>
        <w:spacing w:before="240" w:after="0"/>
      </w:pPr>
      <w:r>
        <w:rPr>
          <w:b w:val="0"/>
        </w:rPr>
        <w:t>I confirm that the work described above has been carried out to my satisfaction.</w:t>
      </w:r>
    </w:p>
    <w:p>
      <w:pPr>
        <w:spacing w:before="160" w:after="0" w:line="40" w:lineRule="exact"/>
      </w:pPr>
    </w:p>
    <w:tbl>
      <w:tblPr>
        <w:tblW w:w="8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00"/>
        <w:gridCol w:w="800"/>
        <w:gridCol w:w="4000"/>
      </w:tblGrid>
      <w:tr>
        <w:trPr>
          <w:cantSplit/>
          <w:trHeight w:val="460" w:hRule="atLeast"/>
        </w:trPr>
        <w:tc>
          <w:tcPr>
            <w:tcW w:type="dxa" w:w="40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 w:line="240" w:lineRule="auto"/>
            </w:pPr>
          </w:p>
        </w:tc>
        <w:tc>
          <w:tcPr>
            <w:tcW w:type="dxa" w:w="800"/>
          </w:tcPr>
          <w:p>
            <w:pPr>
              <w:keepNext/>
            </w:pPr>
          </w:p>
        </w:tc>
        <w:tc>
          <w:tcPr>
            <w:tcW w:type="dxa" w:w="4000"/>
            <w:tcMar>
              <w:top w:w="0" w:type="dxa"/>
              <w:left w:w="0" w:type="dxa"/>
              <w:bottom w:w="30" w:type="dxa"/>
              <w:right w:w="0" w:type="dxa"/>
            </w:tcMar>
            <w:vAlign w:val="bottom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type="dxa" w:w="40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b w:val="0"/>
              </w:rPr>
              <w:t>Date, technician signature</w:t>
            </w:r>
          </w:p>
        </w:tc>
        <w:tc>
          <w:tcPr>
            <w:tcW w:type="dxa" w:w="800"/>
          </w:tcPr>
          <w:p/>
        </w:tc>
        <w:tc>
          <w:tcPr>
            <w:tcW w:type="dxa" w:w="4000"/>
            <w:tcBorders>
              <w:top w:val="single" w:sz="4" w:space="0" w:color="auto"/>
            </w:tcBorders>
            <w:tcMar>
              <w:top w:w="3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/>
            </w:pPr>
            <w:r>
              <w:rPr>
                <w:b w:val="0"/>
              </w:rPr>
              <w:t>Date, customer acceptance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644" w:right="1417" w:bottom="1928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w="9493" w:type="dxa"/>
      <w:tblInd w:w="-14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1843"/>
      <w:gridCol w:w="2405"/>
      <w:gridCol w:w="2552"/>
      <w:gridCol w:w="2693"/>
    </w:tblGrid>
    <w:tr>
      <w:tc>
        <w:tcPr>
          <w:tcW w:type="dxa" w:w="1843"/>
        </w:tcPr>
        <w:p>
          <w:pPr>
            <w:spacing w:before="0" w:after="0"/>
          </w:pPr>
          <w:r>
            <w:rPr>
              <w:b w:val="0"/>
              <w:sz w:val="16"/>
            </w:rPr>
            <w:t>[Your Company Name]</w:t>
          </w:r>
          <w:r>
            <w:br/>
          </w:r>
          <w:r>
            <w:rPr>
              <w:b w:val="0"/>
              <w:sz w:val="16"/>
            </w:rPr>
            <w:t>[Street]</w:t>
          </w:r>
          <w:r>
            <w:br/>
          </w:r>
          <w:r>
            <w:rPr>
              <w:b w:val="0"/>
              <w:sz w:val="16"/>
            </w:rPr>
            <w:t>[Postcode City]</w:t>
          </w:r>
          <w:r>
            <w:br/>
          </w:r>
          <w:r>
            <w:rPr>
              <w:b w:val="0"/>
              <w:sz w:val="16"/>
            </w:rPr>
            <w:t>[Country]</w:t>
          </w:r>
        </w:p>
      </w:tc>
      <w:tc>
        <w:tcPr>
          <w:tcW w:type="dxa" w:w="2405"/>
        </w:tcPr>
        <w:p>
          <w:pPr>
            <w:spacing w:before="0" w:after="0"/>
          </w:pPr>
          <w:r>
            <w:rPr>
              <w:b w:val="0"/>
              <w:sz w:val="16"/>
            </w:rPr>
            <w:t>Phone: [Phone]</w:t>
          </w:r>
          <w:r>
            <w:br/>
          </w:r>
          <w:r>
            <w:rPr>
              <w:b w:val="0"/>
              <w:sz w:val="16"/>
            </w:rPr>
            <w:t>Mail: [Email]</w:t>
          </w:r>
          <w:r>
            <w:br/>
          </w:r>
          <w:r>
            <w:rPr>
              <w:b w:val="0"/>
              <w:sz w:val="16"/>
            </w:rPr>
            <w:t>Web: [Website]</w:t>
          </w:r>
        </w:p>
      </w:tc>
      <w:tc>
        <w:tcPr>
          <w:tcW w:type="dxa" w:w="2552"/>
        </w:tcPr>
        <w:p>
          <w:pPr>
            <w:spacing w:before="0" w:after="0"/>
          </w:pPr>
          <w:r>
            <w:rPr>
              <w:b w:val="0"/>
              <w:sz w:val="16"/>
            </w:rPr>
            <w:t>Bank: [Bank name]</w:t>
          </w:r>
          <w:r>
            <w:br/>
          </w:r>
          <w:r>
            <w:rPr>
              <w:b w:val="0"/>
              <w:sz w:val="16"/>
            </w:rPr>
            <w:t>IBAN: [IBAN]</w:t>
          </w:r>
          <w:r>
            <w:br/>
          </w:r>
          <w:r>
            <w:rPr>
              <w:b w:val="0"/>
              <w:sz w:val="16"/>
            </w:rPr>
            <w:t>BIC: [BIC]</w:t>
          </w:r>
        </w:p>
      </w:tc>
      <w:tc>
        <w:tcPr>
          <w:tcW w:type="dxa" w:w="2693"/>
        </w:tcPr>
        <w:p>
          <w:pPr>
            <w:spacing w:before="0" w:after="0"/>
          </w:pPr>
          <w:r>
            <w:rPr>
              <w:b w:val="0"/>
              <w:sz w:val="16"/>
            </w:rPr>
            <w:t>Director: [Name]</w:t>
          </w:r>
          <w:r>
            <w:br/>
          </w:r>
          <w:r>
            <w:br/>
          </w:r>
          <w:r>
            <w:rPr>
              <w:b w:val="0"/>
              <w:sz w:val="16"/>
            </w:rPr>
            <w:t>VAT ID: [Number]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918339" cy="40386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placehol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8339" cy="40386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Rule="auto" w:line="276"/>
    </w:pPr>
    <w:rPr>
      <w:rFonts w:ascii="Calibri" w:hAnsi="Calibri" w:eastAsia="Calibri" w:cs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